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3A123" w14:textId="4CCDE329" w:rsidR="00A61D04" w:rsidRPr="00BB6410" w:rsidRDefault="008525F5" w:rsidP="00BF4CCA">
      <w:pPr>
        <w:ind w:leftChars="-386" w:left="-849" w:firstLine="1"/>
        <w:jc w:val="center"/>
        <w:rPr>
          <w:rFonts w:asciiTheme="minorEastAsia" w:hAnsiTheme="minorEastAsia"/>
          <w:lang w:eastAsia="ja-JP"/>
        </w:rPr>
      </w:pPr>
      <w:r w:rsidRPr="00BB6410">
        <w:rPr>
          <w:rFonts w:asciiTheme="minorEastAsia" w:hAnsiTheme="minorEastAsia"/>
          <w:noProof/>
          <w:lang w:eastAsia="ja-JP"/>
        </w:rPr>
        <mc:AlternateContent>
          <mc:Choice Requires="wpg">
            <w:drawing>
              <wp:anchor distT="0" distB="0" distL="114300" distR="114300" simplePos="0" relativeHeight="251717632" behindDoc="0" locked="0" layoutInCell="1" allowOverlap="1" wp14:anchorId="11906A1F" wp14:editId="295B5D7B">
                <wp:simplePos x="0" y="0"/>
                <wp:positionH relativeFrom="page">
                  <wp:posOffset>-47625</wp:posOffset>
                </wp:positionH>
                <wp:positionV relativeFrom="paragraph">
                  <wp:posOffset>0</wp:posOffset>
                </wp:positionV>
                <wp:extent cx="7562215" cy="10658475"/>
                <wp:effectExtent l="0" t="0" r="635" b="9525"/>
                <wp:wrapNone/>
                <wp:docPr id="1993321242" name="グループ化 25"/>
                <wp:cNvGraphicFramePr/>
                <a:graphic xmlns:a="http://schemas.openxmlformats.org/drawingml/2006/main">
                  <a:graphicData uri="http://schemas.microsoft.com/office/word/2010/wordprocessingGroup">
                    <wpg:wgp>
                      <wpg:cNvGrpSpPr/>
                      <wpg:grpSpPr>
                        <a:xfrm>
                          <a:off x="0" y="0"/>
                          <a:ext cx="7562215" cy="10658475"/>
                          <a:chOff x="-13648" y="0"/>
                          <a:chExt cx="7562215" cy="10658475"/>
                        </a:xfrm>
                      </wpg:grpSpPr>
                      <pic:pic xmlns:pic="http://schemas.openxmlformats.org/drawingml/2006/picture">
                        <pic:nvPicPr>
                          <pic:cNvPr id="1211003391" name="Picture 1" descr="ダイアグラム&#10;&#10;AI 生成コンテンツは誤りを含む可能性があります。"/>
                          <pic:cNvPicPr>
                            <a:picLocks noChangeAspect="1"/>
                          </pic:cNvPicPr>
                        </pic:nvPicPr>
                        <pic:blipFill>
                          <a:blip r:embed="rId8"/>
                          <a:stretch>
                            <a:fillRect/>
                          </a:stretch>
                        </pic:blipFill>
                        <pic:spPr>
                          <a:xfrm>
                            <a:off x="-13648" y="0"/>
                            <a:ext cx="7562215" cy="10658475"/>
                          </a:xfrm>
                          <a:prstGeom prst="rect">
                            <a:avLst/>
                          </a:prstGeom>
                        </pic:spPr>
                      </pic:pic>
                      <wps:wsp>
                        <wps:cNvPr id="142172246" name="テキスト ボックス 2"/>
                        <wps:cNvSpPr txBox="1">
                          <a:spLocks noChangeArrowheads="1"/>
                        </wps:cNvSpPr>
                        <wps:spPr bwMode="auto">
                          <a:xfrm>
                            <a:off x="1146412" y="1849272"/>
                            <a:ext cx="620973" cy="307075"/>
                          </a:xfrm>
                          <a:prstGeom prst="rect">
                            <a:avLst/>
                          </a:prstGeom>
                          <a:noFill/>
                          <a:ln w="9525">
                            <a:noFill/>
                            <a:miter lim="800000"/>
                            <a:headEnd/>
                            <a:tailEnd/>
                          </a:ln>
                        </wps:spPr>
                        <wps:txbx>
                          <w:txbxContent>
                            <w:p w14:paraId="72804F17" w14:textId="294DEED2" w:rsidR="00DC3FD8" w:rsidRPr="00234506" w:rsidRDefault="00B35237" w:rsidP="00D92E3E">
                              <w:pPr>
                                <w:jc w:val="center"/>
                                <w:rPr>
                                  <w:rFonts w:asciiTheme="minorEastAsia" w:hAnsiTheme="minorEastAsia"/>
                                  <w:color w:val="EE0000"/>
                                  <w:sz w:val="28"/>
                                  <w:szCs w:val="28"/>
                                </w:rPr>
                              </w:pPr>
                              <w:r w:rsidRPr="00234506">
                                <w:rPr>
                                  <w:rFonts w:asciiTheme="minorEastAsia" w:hAnsiTheme="minorEastAsia" w:hint="eastAsia"/>
                                  <w:color w:val="EE0000"/>
                                  <w:sz w:val="28"/>
                                  <w:szCs w:val="28"/>
                                  <w:lang w:eastAsia="ja-JP"/>
                                </w:rPr>
                                <w:t>○○</w:t>
                              </w:r>
                            </w:p>
                          </w:txbxContent>
                        </wps:txbx>
                        <wps:bodyPr rot="0" vert="horz" wrap="square" lIns="91440" tIns="45720" rIns="91440" bIns="45720" anchor="t" anchorCtr="0">
                          <a:noAutofit/>
                        </wps:bodyPr>
                      </wps:wsp>
                      <wps:wsp>
                        <wps:cNvPr id="1121035948" name="テキスト ボックス 2"/>
                        <wps:cNvSpPr txBox="1">
                          <a:spLocks noChangeArrowheads="1"/>
                        </wps:cNvSpPr>
                        <wps:spPr bwMode="auto">
                          <a:xfrm>
                            <a:off x="907576" y="2367887"/>
                            <a:ext cx="375314" cy="306705"/>
                          </a:xfrm>
                          <a:prstGeom prst="rect">
                            <a:avLst/>
                          </a:prstGeom>
                          <a:noFill/>
                          <a:ln w="9525">
                            <a:noFill/>
                            <a:miter lim="800000"/>
                            <a:headEnd/>
                            <a:tailEnd/>
                          </a:ln>
                        </wps:spPr>
                        <wps:txbx>
                          <w:txbxContent>
                            <w:p w14:paraId="093CDDC3" w14:textId="1649CC1D" w:rsidR="00335BA9" w:rsidRPr="00234506" w:rsidRDefault="002A4231" w:rsidP="00D92E3E">
                              <w:pPr>
                                <w:jc w:val="center"/>
                                <w:rPr>
                                  <w:rFonts w:asciiTheme="minorEastAsia" w:hAnsiTheme="minorEastAsia"/>
                                  <w:color w:val="EE0000"/>
                                  <w:sz w:val="21"/>
                                  <w:szCs w:val="21"/>
                                </w:rPr>
                              </w:pPr>
                              <w:r w:rsidRPr="00234506">
                                <w:rPr>
                                  <w:rFonts w:asciiTheme="minorEastAsia" w:hAnsiTheme="minorEastAsia" w:hint="eastAsia"/>
                                  <w:color w:val="EE0000"/>
                                  <w:sz w:val="21"/>
                                  <w:szCs w:val="21"/>
                                  <w:lang w:eastAsia="ja-JP"/>
                                </w:rPr>
                                <w:t>00</w:t>
                              </w:r>
                            </w:p>
                          </w:txbxContent>
                        </wps:txbx>
                        <wps:bodyPr rot="0" vert="horz" wrap="square" lIns="91440" tIns="45720" rIns="91440" bIns="45720" anchor="t" anchorCtr="0">
                          <a:noAutofit/>
                        </wps:bodyPr>
                      </wps:wsp>
                      <wps:wsp>
                        <wps:cNvPr id="1940969445" name="テキスト ボックス 2"/>
                        <wps:cNvSpPr txBox="1">
                          <a:spLocks noChangeArrowheads="1"/>
                        </wps:cNvSpPr>
                        <wps:spPr bwMode="auto">
                          <a:xfrm>
                            <a:off x="3657600" y="1549021"/>
                            <a:ext cx="1057701" cy="306705"/>
                          </a:xfrm>
                          <a:prstGeom prst="rect">
                            <a:avLst/>
                          </a:prstGeom>
                          <a:noFill/>
                          <a:ln w="9525">
                            <a:noFill/>
                            <a:miter lim="800000"/>
                            <a:headEnd/>
                            <a:tailEnd/>
                          </a:ln>
                        </wps:spPr>
                        <wps:txbx>
                          <w:txbxContent>
                            <w:p w14:paraId="604805ED" w14:textId="663B3917" w:rsidR="00335BA9" w:rsidRPr="00234506" w:rsidRDefault="00335BA9" w:rsidP="00335BA9">
                              <w:pPr>
                                <w:rPr>
                                  <w:rFonts w:asciiTheme="minorEastAsia" w:hAnsiTheme="minorEastAsia"/>
                                  <w:color w:val="EE0000"/>
                                  <w:sz w:val="21"/>
                                  <w:szCs w:val="21"/>
                                </w:rPr>
                              </w:pPr>
                              <w:r w:rsidRPr="00234506">
                                <w:rPr>
                                  <w:rFonts w:asciiTheme="minorEastAsia" w:hAnsiTheme="minorEastAsia" w:hint="eastAsia"/>
                                  <w:color w:val="EE0000"/>
                                  <w:sz w:val="21"/>
                                  <w:szCs w:val="21"/>
                                  <w:lang w:eastAsia="ja-JP"/>
                                </w:rPr>
                                <w:t>000　0000</w:t>
                              </w:r>
                            </w:p>
                          </w:txbxContent>
                        </wps:txbx>
                        <wps:bodyPr rot="0" vert="horz" wrap="square" lIns="91440" tIns="45720" rIns="91440" bIns="45720" anchor="t" anchorCtr="0">
                          <a:noAutofit/>
                        </wps:bodyPr>
                      </wps:wsp>
                      <wps:wsp>
                        <wps:cNvPr id="1030483546" name="テキスト ボックス 2"/>
                        <wps:cNvSpPr txBox="1">
                          <a:spLocks noChangeArrowheads="1"/>
                        </wps:cNvSpPr>
                        <wps:spPr bwMode="auto">
                          <a:xfrm>
                            <a:off x="3664424" y="1719618"/>
                            <a:ext cx="2053988" cy="306705"/>
                          </a:xfrm>
                          <a:prstGeom prst="rect">
                            <a:avLst/>
                          </a:prstGeom>
                          <a:noFill/>
                          <a:ln w="9525">
                            <a:noFill/>
                            <a:miter lim="800000"/>
                            <a:headEnd/>
                            <a:tailEnd/>
                          </a:ln>
                        </wps:spPr>
                        <wps:txbx>
                          <w:txbxContent>
                            <w:p w14:paraId="3098A517" w14:textId="166D2FC7" w:rsidR="00335BA9" w:rsidRPr="00234506" w:rsidRDefault="00335BA9" w:rsidP="00335BA9">
                              <w:pPr>
                                <w:rPr>
                                  <w:rFonts w:asciiTheme="minorEastAsia" w:hAnsiTheme="minorEastAsia"/>
                                  <w:color w:val="EE0000"/>
                                  <w:sz w:val="21"/>
                                  <w:szCs w:val="21"/>
                                </w:rPr>
                              </w:pPr>
                              <w:r w:rsidRPr="00234506">
                                <w:rPr>
                                  <w:rFonts w:asciiTheme="minorEastAsia" w:hAnsiTheme="minorEastAsia" w:hint="eastAsia"/>
                                  <w:color w:val="EE0000"/>
                                  <w:sz w:val="21"/>
                                  <w:szCs w:val="21"/>
                                  <w:lang w:eastAsia="ja-JP"/>
                                </w:rPr>
                                <w:t>○○県○○市○○ 0丁目00</w:t>
                              </w:r>
                            </w:p>
                          </w:txbxContent>
                        </wps:txbx>
                        <wps:bodyPr rot="0" vert="horz" wrap="square" lIns="91440" tIns="45720" rIns="91440" bIns="45720" anchor="t" anchorCtr="0">
                          <a:noAutofit/>
                        </wps:bodyPr>
                      </wps:wsp>
                      <wps:wsp>
                        <wps:cNvPr id="1456607304" name="テキスト ボックス 2"/>
                        <wps:cNvSpPr txBox="1">
                          <a:spLocks noChangeArrowheads="1"/>
                        </wps:cNvSpPr>
                        <wps:spPr bwMode="auto">
                          <a:xfrm>
                            <a:off x="5377218" y="1883391"/>
                            <a:ext cx="1276066" cy="306705"/>
                          </a:xfrm>
                          <a:prstGeom prst="rect">
                            <a:avLst/>
                          </a:prstGeom>
                          <a:noFill/>
                          <a:ln w="9525">
                            <a:noFill/>
                            <a:miter lim="800000"/>
                            <a:headEnd/>
                            <a:tailEnd/>
                          </a:ln>
                        </wps:spPr>
                        <wps:txbx>
                          <w:txbxContent>
                            <w:p w14:paraId="5C1B5035" w14:textId="3B1BA7E2" w:rsidR="00335BA9" w:rsidRPr="00234506" w:rsidRDefault="00335BA9" w:rsidP="00335BA9">
                              <w:pPr>
                                <w:rPr>
                                  <w:rFonts w:asciiTheme="minorEastAsia" w:hAnsiTheme="minorEastAsia"/>
                                  <w:color w:val="EE0000"/>
                                  <w:sz w:val="21"/>
                                  <w:szCs w:val="21"/>
                                </w:rPr>
                              </w:pPr>
                              <w:r w:rsidRPr="00234506">
                                <w:rPr>
                                  <w:rFonts w:asciiTheme="minorEastAsia" w:hAnsiTheme="minorEastAsia" w:hint="eastAsia"/>
                                  <w:color w:val="EE0000"/>
                                  <w:sz w:val="21"/>
                                  <w:szCs w:val="21"/>
                                  <w:lang w:eastAsia="ja-JP"/>
                                </w:rPr>
                                <w:t>000</w:t>
                              </w:r>
                              <w:r w:rsidR="00596D8E" w:rsidRPr="00234506">
                                <w:rPr>
                                  <w:rFonts w:asciiTheme="minorEastAsia" w:hAnsiTheme="minorEastAsia" w:hint="eastAsia"/>
                                  <w:color w:val="EE0000"/>
                                  <w:sz w:val="21"/>
                                  <w:szCs w:val="21"/>
                                  <w:lang w:eastAsia="ja-JP"/>
                                </w:rPr>
                                <w:t xml:space="preserve">   </w:t>
                              </w:r>
                              <w:r w:rsidRPr="00234506">
                                <w:rPr>
                                  <w:rFonts w:asciiTheme="minorEastAsia" w:hAnsiTheme="minorEastAsia" w:hint="eastAsia"/>
                                  <w:color w:val="EE0000"/>
                                  <w:sz w:val="21"/>
                                  <w:szCs w:val="21"/>
                                  <w:lang w:eastAsia="ja-JP"/>
                                </w:rPr>
                                <w:t>0000</w:t>
                              </w:r>
                              <w:r w:rsidR="00596D8E" w:rsidRPr="00234506">
                                <w:rPr>
                                  <w:rFonts w:asciiTheme="minorEastAsia" w:hAnsiTheme="minorEastAsia" w:hint="eastAsia"/>
                                  <w:color w:val="EE0000"/>
                                  <w:sz w:val="21"/>
                                  <w:szCs w:val="21"/>
                                  <w:lang w:eastAsia="ja-JP"/>
                                </w:rPr>
                                <w:t xml:space="preserve">    </w:t>
                              </w:r>
                              <w:r w:rsidRPr="00234506">
                                <w:rPr>
                                  <w:rFonts w:asciiTheme="minorEastAsia" w:hAnsiTheme="minorEastAsia" w:hint="eastAsia"/>
                                  <w:color w:val="EE0000"/>
                                  <w:sz w:val="21"/>
                                  <w:szCs w:val="21"/>
                                  <w:lang w:eastAsia="ja-JP"/>
                                </w:rPr>
                                <w:t>0000</w:t>
                              </w:r>
                            </w:p>
                          </w:txbxContent>
                        </wps:txbx>
                        <wps:bodyPr rot="0" vert="horz" wrap="square" lIns="91440" tIns="45720" rIns="91440" bIns="45720" anchor="t" anchorCtr="0">
                          <a:noAutofit/>
                        </wps:bodyPr>
                      </wps:wsp>
                      <wps:wsp>
                        <wps:cNvPr id="1777671012" name="テキスト ボックス 2"/>
                        <wps:cNvSpPr txBox="1">
                          <a:spLocks noChangeArrowheads="1"/>
                        </wps:cNvSpPr>
                        <wps:spPr bwMode="auto">
                          <a:xfrm>
                            <a:off x="3657600" y="2927445"/>
                            <a:ext cx="1275715" cy="306705"/>
                          </a:xfrm>
                          <a:prstGeom prst="rect">
                            <a:avLst/>
                          </a:prstGeom>
                          <a:noFill/>
                          <a:ln w="9525">
                            <a:noFill/>
                            <a:miter lim="800000"/>
                            <a:headEnd/>
                            <a:tailEnd/>
                          </a:ln>
                        </wps:spPr>
                        <wps:txbx>
                          <w:txbxContent>
                            <w:p w14:paraId="57907B45" w14:textId="646D7CD2" w:rsidR="00596D8E" w:rsidRPr="00234506" w:rsidRDefault="00596D8E" w:rsidP="00D92E3E">
                              <w:pPr>
                                <w:jc w:val="center"/>
                                <w:rPr>
                                  <w:rFonts w:asciiTheme="minorEastAsia" w:hAnsiTheme="minorEastAsia"/>
                                  <w:color w:val="EE0000"/>
                                  <w:sz w:val="28"/>
                                  <w:szCs w:val="28"/>
                                </w:rPr>
                              </w:pPr>
                              <w:r w:rsidRPr="00234506">
                                <w:rPr>
                                  <w:rFonts w:asciiTheme="minorEastAsia" w:hAnsiTheme="minorEastAsia" w:hint="eastAsia"/>
                                  <w:color w:val="EE0000"/>
                                  <w:sz w:val="28"/>
                                  <w:szCs w:val="28"/>
                                  <w:lang w:eastAsia="ja-JP"/>
                                </w:rPr>
                                <w:t>○○　○○</w:t>
                              </w:r>
                            </w:p>
                          </w:txbxContent>
                        </wps:txbx>
                        <wps:bodyPr rot="0" vert="horz" wrap="square" lIns="91440" tIns="45720" rIns="91440" bIns="45720" anchor="t" anchorCtr="0">
                          <a:noAutofit/>
                        </wps:bodyPr>
                      </wps:wsp>
                      <wps:wsp>
                        <wps:cNvPr id="208032354" name="テキスト ボックス 2"/>
                        <wps:cNvSpPr txBox="1">
                          <a:spLocks noChangeArrowheads="1"/>
                        </wps:cNvSpPr>
                        <wps:spPr bwMode="auto">
                          <a:xfrm>
                            <a:off x="3705367" y="2695433"/>
                            <a:ext cx="1275715" cy="211455"/>
                          </a:xfrm>
                          <a:prstGeom prst="rect">
                            <a:avLst/>
                          </a:prstGeom>
                          <a:noFill/>
                          <a:ln w="9525">
                            <a:noFill/>
                            <a:miter lim="800000"/>
                            <a:headEnd/>
                            <a:tailEnd/>
                          </a:ln>
                        </wps:spPr>
                        <wps:txbx>
                          <w:txbxContent>
                            <w:p w14:paraId="4C153418" w14:textId="6C0C1F84" w:rsidR="00596D8E" w:rsidRPr="00234506" w:rsidRDefault="00596D8E" w:rsidP="00D92E3E">
                              <w:pPr>
                                <w:jc w:val="center"/>
                                <w:rPr>
                                  <w:rFonts w:asciiTheme="minorEastAsia" w:hAnsiTheme="minorEastAsia"/>
                                  <w:color w:val="EE0000"/>
                                  <w:sz w:val="16"/>
                                  <w:szCs w:val="16"/>
                                </w:rPr>
                              </w:pPr>
                              <w:r w:rsidRPr="00234506">
                                <w:rPr>
                                  <w:rFonts w:asciiTheme="minorEastAsia" w:hAnsiTheme="minorEastAsia" w:hint="eastAsia"/>
                                  <w:color w:val="EE0000"/>
                                  <w:sz w:val="16"/>
                                  <w:szCs w:val="16"/>
                                  <w:lang w:eastAsia="ja-JP"/>
                                </w:rPr>
                                <w:t>○○○○　 ○○○○</w:t>
                              </w:r>
                            </w:p>
                          </w:txbxContent>
                        </wps:txbx>
                        <wps:bodyPr rot="0" vert="horz" wrap="square" lIns="91440" tIns="45720" rIns="91440" bIns="45720" anchor="t" anchorCtr="0">
                          <a:noAutofit/>
                        </wps:bodyPr>
                      </wps:wsp>
                      <wps:wsp>
                        <wps:cNvPr id="1091329968" name="テキスト ボックス 2"/>
                        <wps:cNvSpPr txBox="1">
                          <a:spLocks noChangeArrowheads="1"/>
                        </wps:cNvSpPr>
                        <wps:spPr bwMode="auto">
                          <a:xfrm>
                            <a:off x="5274860" y="2804615"/>
                            <a:ext cx="286603" cy="211541"/>
                          </a:xfrm>
                          <a:prstGeom prst="rect">
                            <a:avLst/>
                          </a:prstGeom>
                          <a:noFill/>
                          <a:ln w="9525">
                            <a:noFill/>
                            <a:miter lim="800000"/>
                            <a:headEnd/>
                            <a:tailEnd/>
                          </a:ln>
                        </wps:spPr>
                        <wps:txbx>
                          <w:txbxContent>
                            <w:p w14:paraId="587D4ADB" w14:textId="7727119B" w:rsidR="00596D8E" w:rsidRPr="002130FE" w:rsidRDefault="00596D8E" w:rsidP="00596D8E">
                              <w:pPr>
                                <w:rPr>
                                  <w:color w:val="EE0000"/>
                                  <w:sz w:val="21"/>
                                  <w:szCs w:val="21"/>
                                </w:rPr>
                              </w:pPr>
                              <w:r w:rsidRPr="002130FE">
                                <w:rPr>
                                  <w:rFonts w:hint="eastAsia"/>
                                  <w:color w:val="EE0000"/>
                                  <w:sz w:val="21"/>
                                  <w:szCs w:val="21"/>
                                  <w:lang w:eastAsia="ja-JP"/>
                                </w:rPr>
                                <w:t>✓</w:t>
                              </w:r>
                            </w:p>
                          </w:txbxContent>
                        </wps:txbx>
                        <wps:bodyPr rot="0" vert="horz" wrap="square" lIns="91440" tIns="45720" rIns="91440" bIns="45720" anchor="t" anchorCtr="0">
                          <a:noAutofit/>
                        </wps:bodyPr>
                      </wps:wsp>
                      <wps:wsp>
                        <wps:cNvPr id="436402462" name="テキスト ボックス 2"/>
                        <wps:cNvSpPr txBox="1">
                          <a:spLocks noChangeArrowheads="1"/>
                        </wps:cNvSpPr>
                        <wps:spPr bwMode="auto">
                          <a:xfrm>
                            <a:off x="1671851" y="4305869"/>
                            <a:ext cx="286603" cy="211541"/>
                          </a:xfrm>
                          <a:prstGeom prst="rect">
                            <a:avLst/>
                          </a:prstGeom>
                          <a:noFill/>
                          <a:ln w="9525">
                            <a:noFill/>
                            <a:miter lim="800000"/>
                            <a:headEnd/>
                            <a:tailEnd/>
                          </a:ln>
                        </wps:spPr>
                        <wps:txbx>
                          <w:txbxContent>
                            <w:p w14:paraId="09890109" w14:textId="77777777" w:rsidR="00596D8E" w:rsidRPr="002130FE" w:rsidRDefault="00596D8E" w:rsidP="00596D8E">
                              <w:pPr>
                                <w:rPr>
                                  <w:rFonts w:asciiTheme="minorEastAsia" w:hAnsiTheme="minorEastAsia"/>
                                  <w:color w:val="EE0000"/>
                                  <w:sz w:val="21"/>
                                  <w:szCs w:val="21"/>
                                </w:rPr>
                              </w:pPr>
                              <w:r w:rsidRPr="002130FE">
                                <w:rPr>
                                  <w:rFonts w:asciiTheme="minorEastAsia" w:hAnsiTheme="minorEastAsia" w:hint="eastAsia"/>
                                  <w:color w:val="EE0000"/>
                                  <w:sz w:val="21"/>
                                  <w:szCs w:val="21"/>
                                  <w:lang w:eastAsia="ja-JP"/>
                                </w:rPr>
                                <w:t>✓</w:t>
                              </w:r>
                            </w:p>
                          </w:txbxContent>
                        </wps:txbx>
                        <wps:bodyPr rot="0" vert="horz" wrap="square" lIns="91440" tIns="45720" rIns="91440" bIns="45720" anchor="t" anchorCtr="0">
                          <a:noAutofit/>
                        </wps:bodyPr>
                      </wps:wsp>
                      <wps:wsp>
                        <wps:cNvPr id="1401136074" name="テキスト ボックス 2"/>
                        <wps:cNvSpPr txBox="1">
                          <a:spLocks noChangeArrowheads="1"/>
                        </wps:cNvSpPr>
                        <wps:spPr bwMode="auto">
                          <a:xfrm>
                            <a:off x="5411337" y="6789761"/>
                            <a:ext cx="286603" cy="211541"/>
                          </a:xfrm>
                          <a:prstGeom prst="rect">
                            <a:avLst/>
                          </a:prstGeom>
                          <a:noFill/>
                          <a:ln w="9525">
                            <a:noFill/>
                            <a:miter lim="800000"/>
                            <a:headEnd/>
                            <a:tailEnd/>
                          </a:ln>
                        </wps:spPr>
                        <wps:txbx>
                          <w:txbxContent>
                            <w:p w14:paraId="0EA0541F" w14:textId="77777777" w:rsidR="008204AD" w:rsidRPr="002130FE" w:rsidRDefault="008204AD" w:rsidP="008204AD">
                              <w:pPr>
                                <w:rPr>
                                  <w:color w:val="EE0000"/>
                                  <w:sz w:val="21"/>
                                  <w:szCs w:val="21"/>
                                </w:rPr>
                              </w:pPr>
                              <w:r w:rsidRPr="002130FE">
                                <w:rPr>
                                  <w:rFonts w:hint="eastAsia"/>
                                  <w:color w:val="EE0000"/>
                                  <w:sz w:val="21"/>
                                  <w:szCs w:val="21"/>
                                  <w:lang w:eastAsia="ja-JP"/>
                                </w:rPr>
                                <w:t>✓</w:t>
                              </w:r>
                            </w:p>
                          </w:txbxContent>
                        </wps:txbx>
                        <wps:bodyPr rot="0" vert="horz" wrap="square" lIns="91440" tIns="45720" rIns="91440" bIns="45720" anchor="t" anchorCtr="0">
                          <a:noAutofit/>
                        </wps:bodyPr>
                      </wps:wsp>
                      <wps:wsp>
                        <wps:cNvPr id="1542116829" name="テキスト ボックス 2"/>
                        <wps:cNvSpPr txBox="1">
                          <a:spLocks noChangeArrowheads="1"/>
                        </wps:cNvSpPr>
                        <wps:spPr bwMode="auto">
                          <a:xfrm>
                            <a:off x="5704764" y="7028597"/>
                            <a:ext cx="286603" cy="211541"/>
                          </a:xfrm>
                          <a:prstGeom prst="rect">
                            <a:avLst/>
                          </a:prstGeom>
                          <a:noFill/>
                          <a:ln w="9525">
                            <a:noFill/>
                            <a:miter lim="800000"/>
                            <a:headEnd/>
                            <a:tailEnd/>
                          </a:ln>
                        </wps:spPr>
                        <wps:txbx>
                          <w:txbxContent>
                            <w:p w14:paraId="5C002D13" w14:textId="77777777" w:rsidR="008204AD" w:rsidRPr="002130FE" w:rsidRDefault="008204AD" w:rsidP="008204AD">
                              <w:pPr>
                                <w:rPr>
                                  <w:color w:val="EE0000"/>
                                  <w:sz w:val="21"/>
                                  <w:szCs w:val="21"/>
                                </w:rPr>
                              </w:pPr>
                              <w:r w:rsidRPr="002130FE">
                                <w:rPr>
                                  <w:rFonts w:hint="eastAsia"/>
                                  <w:color w:val="EE0000"/>
                                  <w:sz w:val="21"/>
                                  <w:szCs w:val="21"/>
                                  <w:lang w:eastAsia="ja-JP"/>
                                </w:rPr>
                                <w:t>✓</w:t>
                              </w:r>
                            </w:p>
                          </w:txbxContent>
                        </wps:txbx>
                        <wps:bodyPr rot="0" vert="horz" wrap="square" lIns="91440" tIns="45720" rIns="91440" bIns="45720" anchor="t" anchorCtr="0">
                          <a:noAutofit/>
                        </wps:bodyPr>
                      </wps:wsp>
                      <wps:wsp>
                        <wps:cNvPr id="1899725702" name="テキスト ボックス 2"/>
                        <wps:cNvSpPr txBox="1">
                          <a:spLocks noChangeArrowheads="1"/>
                        </wps:cNvSpPr>
                        <wps:spPr bwMode="auto">
                          <a:xfrm>
                            <a:off x="3377821" y="3316406"/>
                            <a:ext cx="3466532" cy="306705"/>
                          </a:xfrm>
                          <a:prstGeom prst="rect">
                            <a:avLst/>
                          </a:prstGeom>
                          <a:noFill/>
                          <a:ln w="9525">
                            <a:noFill/>
                            <a:miter lim="800000"/>
                            <a:headEnd/>
                            <a:tailEnd/>
                          </a:ln>
                        </wps:spPr>
                        <wps:txbx>
                          <w:txbxContent>
                            <w:p w14:paraId="31A58A8C" w14:textId="2FAE535C" w:rsidR="008204AD" w:rsidRPr="00234506" w:rsidRDefault="008204AD" w:rsidP="008204AD">
                              <w:pPr>
                                <w:ind w:firstLineChars="50" w:firstLine="140"/>
                                <w:rPr>
                                  <w:rFonts w:asciiTheme="minorEastAsia" w:hAnsiTheme="minorEastAsia"/>
                                  <w:color w:val="EE0000"/>
                                  <w:sz w:val="28"/>
                                  <w:szCs w:val="28"/>
                                  <w:lang w:eastAsia="ja-JP"/>
                                </w:rPr>
                              </w:pPr>
                              <w:r w:rsidRPr="00234506">
                                <w:rPr>
                                  <w:rFonts w:asciiTheme="minorEastAsia" w:hAnsiTheme="minorEastAsia" w:hint="eastAsia"/>
                                  <w:color w:val="EE0000"/>
                                  <w:sz w:val="28"/>
                                  <w:szCs w:val="28"/>
                                  <w:lang w:eastAsia="ja-JP"/>
                                </w:rPr>
                                <w:t xml:space="preserve">0　0　0　0　0　0　0　0 </w:t>
                              </w:r>
                              <w:r w:rsidR="002A4231" w:rsidRPr="00234506">
                                <w:rPr>
                                  <w:rFonts w:asciiTheme="minorEastAsia" w:hAnsiTheme="minorEastAsia" w:hint="eastAsia"/>
                                  <w:color w:val="EE0000"/>
                                  <w:sz w:val="28"/>
                                  <w:szCs w:val="28"/>
                                  <w:lang w:eastAsia="ja-JP"/>
                                </w:rPr>
                                <w:t xml:space="preserve"> </w:t>
                              </w:r>
                              <w:r w:rsidRPr="00234506">
                                <w:rPr>
                                  <w:rFonts w:asciiTheme="minorEastAsia" w:hAnsiTheme="minorEastAsia" w:hint="eastAsia"/>
                                  <w:color w:val="EE0000"/>
                                  <w:sz w:val="28"/>
                                  <w:szCs w:val="28"/>
                                  <w:lang w:eastAsia="ja-JP"/>
                                </w:rPr>
                                <w:t>0　0　0　0</w:t>
                              </w:r>
                            </w:p>
                            <w:p w14:paraId="4263C031" w14:textId="620D8540" w:rsidR="008204AD" w:rsidRPr="00234506" w:rsidRDefault="008204AD" w:rsidP="008204AD">
                              <w:pPr>
                                <w:ind w:firstLineChars="50" w:firstLine="140"/>
                                <w:rPr>
                                  <w:rFonts w:asciiTheme="minorEastAsia" w:hAnsiTheme="minorEastAsia"/>
                                  <w:color w:val="EE0000"/>
                                  <w:sz w:val="28"/>
                                  <w:szCs w:val="28"/>
                                  <w:lang w:eastAsia="ja-JP"/>
                                </w:rPr>
                              </w:pPr>
                              <w:r w:rsidRPr="00234506">
                                <w:rPr>
                                  <w:rFonts w:asciiTheme="minorEastAsia" w:hAnsiTheme="minorEastAsia" w:hint="eastAsia"/>
                                  <w:color w:val="EE0000"/>
                                  <w:sz w:val="28"/>
                                  <w:szCs w:val="28"/>
                                  <w:lang w:eastAsia="ja-JP"/>
                                </w:rPr>
                                <w:t xml:space="preserve">　　　　　  </w:t>
                              </w:r>
                            </w:p>
                            <w:p w14:paraId="06108444" w14:textId="69565FC9" w:rsidR="008204AD" w:rsidRPr="00234506" w:rsidRDefault="008204AD" w:rsidP="008204AD">
                              <w:pPr>
                                <w:ind w:firstLineChars="50" w:firstLine="140"/>
                                <w:rPr>
                                  <w:rFonts w:asciiTheme="minorEastAsia" w:hAnsiTheme="minorEastAsia"/>
                                  <w:color w:val="EE0000"/>
                                  <w:sz w:val="28"/>
                                  <w:szCs w:val="28"/>
                                </w:rPr>
                              </w:pPr>
                              <w:r w:rsidRPr="00234506">
                                <w:rPr>
                                  <w:rFonts w:asciiTheme="minorEastAsia" w:hAnsiTheme="minorEastAsia" w:hint="eastAsia"/>
                                  <w:color w:val="EE0000"/>
                                  <w:sz w:val="28"/>
                                  <w:szCs w:val="28"/>
                                  <w:lang w:eastAsia="ja-JP"/>
                                </w:rPr>
                                <w:t>○</w:t>
                              </w:r>
                            </w:p>
                          </w:txbxContent>
                        </wps:txbx>
                        <wps:bodyPr rot="0" vert="horz" wrap="square" lIns="91440" tIns="45720" rIns="91440" bIns="45720" anchor="t" anchorCtr="0">
                          <a:noAutofit/>
                        </wps:bodyPr>
                      </wps:wsp>
                      <wps:wsp>
                        <wps:cNvPr id="381178196" name="テキスト ボックス 2"/>
                        <wps:cNvSpPr txBox="1">
                          <a:spLocks noChangeArrowheads="1"/>
                        </wps:cNvSpPr>
                        <wps:spPr bwMode="auto">
                          <a:xfrm>
                            <a:off x="3387345" y="3600450"/>
                            <a:ext cx="1931159" cy="523875"/>
                          </a:xfrm>
                          <a:prstGeom prst="rect">
                            <a:avLst/>
                          </a:prstGeom>
                          <a:noFill/>
                          <a:ln w="9525">
                            <a:noFill/>
                            <a:miter lim="800000"/>
                            <a:headEnd/>
                            <a:tailEnd/>
                          </a:ln>
                        </wps:spPr>
                        <wps:txbx>
                          <w:txbxContent>
                            <w:p w14:paraId="3CDBB515" w14:textId="77777777" w:rsidR="00F32208" w:rsidRDefault="00F32208" w:rsidP="00315883">
                              <w:pPr>
                                <w:pStyle w:val="a9"/>
                                <w:rPr>
                                  <w:color w:val="EE0000"/>
                                  <w:sz w:val="18"/>
                                  <w:szCs w:val="18"/>
                                  <w:lang w:eastAsia="ja-JP"/>
                                </w:rPr>
                              </w:pPr>
                              <w:r w:rsidRPr="00F32208">
                                <w:rPr>
                                  <w:rFonts w:hint="eastAsia"/>
                                  <w:color w:val="EE0000"/>
                                  <w:sz w:val="18"/>
                                  <w:szCs w:val="18"/>
                                  <w:lang w:eastAsia="ja-JP"/>
                                </w:rPr>
                                <w:t>移動販売業</w:t>
                              </w:r>
                            </w:p>
                            <w:p w14:paraId="0EF14298" w14:textId="2BB794FF" w:rsidR="00D92E3E" w:rsidRPr="00315883" w:rsidRDefault="00F32208" w:rsidP="00315883">
                              <w:pPr>
                                <w:pStyle w:val="a9"/>
                                <w:rPr>
                                  <w:color w:val="EE0000"/>
                                  <w:sz w:val="18"/>
                                  <w:szCs w:val="18"/>
                                  <w:lang w:eastAsia="ja-JP"/>
                                </w:rPr>
                              </w:pPr>
                              <w:r w:rsidRPr="00F32208">
                                <w:rPr>
                                  <w:rFonts w:hint="eastAsia"/>
                                  <w:color w:val="EE0000"/>
                                  <w:sz w:val="18"/>
                                  <w:szCs w:val="18"/>
                                  <w:lang w:eastAsia="ja-JP"/>
                                </w:rPr>
                                <w:t>（クレープ販売）</w:t>
                              </w:r>
                            </w:p>
                          </w:txbxContent>
                        </wps:txbx>
                        <wps:bodyPr rot="0" vert="horz" wrap="square" lIns="91440" tIns="45720" rIns="91440" bIns="45720" anchor="t" anchorCtr="0">
                          <a:noAutofit/>
                        </wps:bodyPr>
                      </wps:wsp>
                      <wps:wsp>
                        <wps:cNvPr id="1595375243" name="テキスト ボックス 2"/>
                        <wps:cNvSpPr txBox="1">
                          <a:spLocks noChangeArrowheads="1"/>
                        </wps:cNvSpPr>
                        <wps:spPr bwMode="auto">
                          <a:xfrm>
                            <a:off x="5308979" y="3705367"/>
                            <a:ext cx="1275715" cy="306705"/>
                          </a:xfrm>
                          <a:prstGeom prst="rect">
                            <a:avLst/>
                          </a:prstGeom>
                          <a:noFill/>
                          <a:ln w="9525">
                            <a:noFill/>
                            <a:miter lim="800000"/>
                            <a:headEnd/>
                            <a:tailEnd/>
                          </a:ln>
                        </wps:spPr>
                        <wps:txbx>
                          <w:txbxContent>
                            <w:p w14:paraId="1C1A9800" w14:textId="3391FBA8" w:rsidR="00D92E3E" w:rsidRPr="00234506" w:rsidRDefault="00946916" w:rsidP="00D92E3E">
                              <w:pPr>
                                <w:jc w:val="center"/>
                                <w:rPr>
                                  <w:rFonts w:asciiTheme="minorEastAsia" w:hAnsiTheme="minorEastAsia"/>
                                  <w:color w:val="EE0000"/>
                                  <w:sz w:val="28"/>
                                  <w:szCs w:val="28"/>
                                </w:rPr>
                              </w:pPr>
                              <w:r>
                                <w:rPr>
                                  <w:rFonts w:asciiTheme="minorEastAsia" w:hAnsiTheme="minorEastAsia" w:hint="eastAsia"/>
                                  <w:color w:val="EE0000"/>
                                  <w:sz w:val="28"/>
                                  <w:szCs w:val="28"/>
                                  <w:lang w:eastAsia="ja-JP"/>
                                </w:rPr>
                                <w:t>○○</w:t>
                              </w:r>
                              <w:r w:rsidR="00F32208">
                                <w:rPr>
                                  <w:rFonts w:asciiTheme="minorEastAsia" w:hAnsiTheme="minorEastAsia" w:hint="eastAsia"/>
                                  <w:color w:val="EE0000"/>
                                  <w:sz w:val="28"/>
                                  <w:szCs w:val="28"/>
                                  <w:lang w:eastAsia="ja-JP"/>
                                </w:rPr>
                                <w:t>クレープ</w:t>
                              </w:r>
                            </w:p>
                          </w:txbxContent>
                        </wps:txbx>
                        <wps:bodyPr rot="0" vert="horz" wrap="square" lIns="91440" tIns="45720" rIns="91440" bIns="45720" anchor="t" anchorCtr="0">
                          <a:noAutofit/>
                        </wps:bodyPr>
                      </wps:wsp>
                      <wps:wsp>
                        <wps:cNvPr id="118467117" name="テキスト ボックス 2"/>
                        <wps:cNvSpPr txBox="1">
                          <a:spLocks noChangeArrowheads="1"/>
                        </wps:cNvSpPr>
                        <wps:spPr bwMode="auto">
                          <a:xfrm>
                            <a:off x="5350064" y="3541594"/>
                            <a:ext cx="1275715" cy="211455"/>
                          </a:xfrm>
                          <a:prstGeom prst="rect">
                            <a:avLst/>
                          </a:prstGeom>
                          <a:noFill/>
                          <a:ln w="9525">
                            <a:noFill/>
                            <a:miter lim="800000"/>
                            <a:headEnd/>
                            <a:tailEnd/>
                          </a:ln>
                        </wps:spPr>
                        <wps:txbx>
                          <w:txbxContent>
                            <w:p w14:paraId="5E0204E8" w14:textId="4B94AA87" w:rsidR="002A4231" w:rsidRPr="00234506" w:rsidRDefault="00946916" w:rsidP="00B773FF">
                              <w:pPr>
                                <w:rPr>
                                  <w:rFonts w:ascii="ＭＳ 明朝" w:eastAsia="ＭＳ 明朝" w:hAnsi="ＭＳ 明朝"/>
                                  <w:color w:val="EE0000"/>
                                  <w:sz w:val="16"/>
                                  <w:szCs w:val="16"/>
                                </w:rPr>
                              </w:pPr>
                              <w:r>
                                <w:rPr>
                                  <w:rFonts w:ascii="ＭＳ 明朝" w:eastAsia="ＭＳ 明朝" w:hAnsi="ＭＳ 明朝" w:hint="eastAsia"/>
                                  <w:color w:val="EE0000"/>
                                  <w:sz w:val="16"/>
                                  <w:szCs w:val="16"/>
                                  <w:lang w:eastAsia="ja-JP"/>
                                </w:rPr>
                                <w:t>○○</w:t>
                              </w:r>
                              <w:r w:rsidR="00F32208">
                                <w:rPr>
                                  <w:rFonts w:ascii="ＭＳ 明朝" w:eastAsia="ＭＳ 明朝" w:hAnsi="ＭＳ 明朝" w:hint="eastAsia"/>
                                  <w:color w:val="EE0000"/>
                                  <w:sz w:val="16"/>
                                  <w:szCs w:val="16"/>
                                  <w:lang w:eastAsia="ja-JP"/>
                                </w:rPr>
                                <w:t>クレープ</w:t>
                              </w:r>
                            </w:p>
                          </w:txbxContent>
                        </wps:txbx>
                        <wps:bodyPr rot="0" vert="horz" wrap="square" lIns="91440" tIns="45720" rIns="91440" bIns="45720" anchor="t" anchorCtr="0">
                          <a:noAutofit/>
                        </wps:bodyPr>
                      </wps:wsp>
                      <wps:wsp>
                        <wps:cNvPr id="1327505828" name="テキスト ボックス 2"/>
                        <wps:cNvSpPr txBox="1">
                          <a:spLocks noChangeArrowheads="1"/>
                        </wps:cNvSpPr>
                        <wps:spPr bwMode="auto">
                          <a:xfrm>
                            <a:off x="1371600" y="2361063"/>
                            <a:ext cx="375285" cy="306705"/>
                          </a:xfrm>
                          <a:prstGeom prst="rect">
                            <a:avLst/>
                          </a:prstGeom>
                          <a:noFill/>
                          <a:ln w="9525">
                            <a:noFill/>
                            <a:miter lim="800000"/>
                            <a:headEnd/>
                            <a:tailEnd/>
                          </a:ln>
                        </wps:spPr>
                        <wps:txbx>
                          <w:txbxContent>
                            <w:p w14:paraId="08187D12" w14:textId="77777777" w:rsidR="002A4231" w:rsidRPr="00234506" w:rsidRDefault="002A4231" w:rsidP="002A4231">
                              <w:pPr>
                                <w:jc w:val="center"/>
                                <w:rPr>
                                  <w:rFonts w:asciiTheme="minorEastAsia" w:hAnsiTheme="minorEastAsia"/>
                                  <w:color w:val="EE0000"/>
                                  <w:sz w:val="21"/>
                                  <w:szCs w:val="21"/>
                                </w:rPr>
                              </w:pPr>
                              <w:r w:rsidRPr="00234506">
                                <w:rPr>
                                  <w:rFonts w:asciiTheme="minorEastAsia" w:hAnsiTheme="minorEastAsia" w:hint="eastAsia"/>
                                  <w:color w:val="EE0000"/>
                                  <w:sz w:val="21"/>
                                  <w:szCs w:val="21"/>
                                  <w:lang w:eastAsia="ja-JP"/>
                                </w:rPr>
                                <w:t>00</w:t>
                              </w:r>
                            </w:p>
                          </w:txbxContent>
                        </wps:txbx>
                        <wps:bodyPr rot="0" vert="horz" wrap="square" lIns="91440" tIns="45720" rIns="91440" bIns="45720" anchor="t" anchorCtr="0">
                          <a:noAutofit/>
                        </wps:bodyPr>
                      </wps:wsp>
                      <wps:wsp>
                        <wps:cNvPr id="1813693328" name="テキスト ボックス 2"/>
                        <wps:cNvSpPr txBox="1">
                          <a:spLocks noChangeArrowheads="1"/>
                        </wps:cNvSpPr>
                        <wps:spPr bwMode="auto">
                          <a:xfrm>
                            <a:off x="1821976" y="2367887"/>
                            <a:ext cx="375314" cy="306705"/>
                          </a:xfrm>
                          <a:prstGeom prst="rect">
                            <a:avLst/>
                          </a:prstGeom>
                          <a:noFill/>
                          <a:ln w="9525">
                            <a:noFill/>
                            <a:miter lim="800000"/>
                            <a:headEnd/>
                            <a:tailEnd/>
                          </a:ln>
                        </wps:spPr>
                        <wps:txbx>
                          <w:txbxContent>
                            <w:p w14:paraId="3E7967C5" w14:textId="77777777" w:rsidR="002A4231" w:rsidRPr="00234506" w:rsidRDefault="002A4231" w:rsidP="002A4231">
                              <w:pPr>
                                <w:jc w:val="center"/>
                                <w:rPr>
                                  <w:rFonts w:asciiTheme="minorEastAsia" w:hAnsiTheme="minorEastAsia"/>
                                  <w:color w:val="EE0000"/>
                                  <w:sz w:val="21"/>
                                  <w:szCs w:val="21"/>
                                </w:rPr>
                              </w:pPr>
                              <w:r w:rsidRPr="00234506">
                                <w:rPr>
                                  <w:rFonts w:asciiTheme="minorEastAsia" w:hAnsiTheme="minorEastAsia" w:hint="eastAsia"/>
                                  <w:color w:val="EE0000"/>
                                  <w:sz w:val="21"/>
                                  <w:szCs w:val="21"/>
                                  <w:lang w:eastAsia="ja-JP"/>
                                </w:rPr>
                                <w:t>00</w:t>
                              </w:r>
                            </w:p>
                          </w:txbxContent>
                        </wps:txbx>
                        <wps:bodyPr rot="0" vert="horz" wrap="square" lIns="91440" tIns="45720" rIns="91440" bIns="45720" anchor="t" anchorCtr="0">
                          <a:noAutofit/>
                        </wps:bodyPr>
                      </wps:wsp>
                      <wps:wsp>
                        <wps:cNvPr id="865061537" name="テキスト ボックス 2"/>
                        <wps:cNvSpPr txBox="1">
                          <a:spLocks noChangeArrowheads="1"/>
                        </wps:cNvSpPr>
                        <wps:spPr bwMode="auto">
                          <a:xfrm>
                            <a:off x="4633415" y="5607809"/>
                            <a:ext cx="375285" cy="306705"/>
                          </a:xfrm>
                          <a:prstGeom prst="rect">
                            <a:avLst/>
                          </a:prstGeom>
                          <a:noFill/>
                          <a:ln w="9525">
                            <a:noFill/>
                            <a:miter lim="800000"/>
                            <a:headEnd/>
                            <a:tailEnd/>
                          </a:ln>
                        </wps:spPr>
                        <wps:txbx>
                          <w:txbxContent>
                            <w:p w14:paraId="3CEFB71D" w14:textId="77777777" w:rsidR="002A4231" w:rsidRPr="00C71DCE" w:rsidRDefault="002A4231" w:rsidP="002A4231">
                              <w:pPr>
                                <w:jc w:val="center"/>
                                <w:rPr>
                                  <w:rFonts w:asciiTheme="minorEastAsia" w:hAnsiTheme="minorEastAsia"/>
                                  <w:color w:val="EE0000"/>
                                  <w:sz w:val="21"/>
                                  <w:szCs w:val="21"/>
                                </w:rPr>
                              </w:pPr>
                              <w:r w:rsidRPr="00C71DCE">
                                <w:rPr>
                                  <w:rFonts w:asciiTheme="minorEastAsia" w:hAnsiTheme="minorEastAsia" w:hint="eastAsia"/>
                                  <w:color w:val="EE0000"/>
                                  <w:sz w:val="21"/>
                                  <w:szCs w:val="21"/>
                                  <w:lang w:eastAsia="ja-JP"/>
                                </w:rPr>
                                <w:t>00</w:t>
                              </w:r>
                            </w:p>
                          </w:txbxContent>
                        </wps:txbx>
                        <wps:bodyPr rot="0" vert="horz" wrap="square" lIns="91440" tIns="45720" rIns="91440" bIns="45720" anchor="t" anchorCtr="0">
                          <a:noAutofit/>
                        </wps:bodyPr>
                      </wps:wsp>
                      <wps:wsp>
                        <wps:cNvPr id="2106932001" name="テキスト ボックス 2"/>
                        <wps:cNvSpPr txBox="1">
                          <a:spLocks noChangeArrowheads="1"/>
                        </wps:cNvSpPr>
                        <wps:spPr bwMode="auto">
                          <a:xfrm>
                            <a:off x="5397689" y="5605249"/>
                            <a:ext cx="375285" cy="306705"/>
                          </a:xfrm>
                          <a:prstGeom prst="rect">
                            <a:avLst/>
                          </a:prstGeom>
                          <a:noFill/>
                          <a:ln w="9525">
                            <a:noFill/>
                            <a:miter lim="800000"/>
                            <a:headEnd/>
                            <a:tailEnd/>
                          </a:ln>
                        </wps:spPr>
                        <wps:txbx>
                          <w:txbxContent>
                            <w:p w14:paraId="63E5005E" w14:textId="77777777" w:rsidR="002A4231" w:rsidRPr="00C71DCE" w:rsidRDefault="002A4231" w:rsidP="002A4231">
                              <w:pPr>
                                <w:jc w:val="center"/>
                                <w:rPr>
                                  <w:rFonts w:asciiTheme="minorEastAsia" w:hAnsiTheme="minorEastAsia"/>
                                  <w:color w:val="EE0000"/>
                                  <w:sz w:val="21"/>
                                  <w:szCs w:val="21"/>
                                </w:rPr>
                              </w:pPr>
                              <w:r w:rsidRPr="00C71DCE">
                                <w:rPr>
                                  <w:rFonts w:asciiTheme="minorEastAsia" w:hAnsiTheme="minorEastAsia" w:hint="eastAsia"/>
                                  <w:color w:val="EE0000"/>
                                  <w:sz w:val="21"/>
                                  <w:szCs w:val="21"/>
                                  <w:lang w:eastAsia="ja-JP"/>
                                </w:rPr>
                                <w:t>00</w:t>
                              </w:r>
                            </w:p>
                          </w:txbxContent>
                        </wps:txbx>
                        <wps:bodyPr rot="0" vert="horz" wrap="square" lIns="91440" tIns="45720" rIns="91440" bIns="45720" anchor="t" anchorCtr="0">
                          <a:noAutofit/>
                        </wps:bodyPr>
                      </wps:wsp>
                      <wps:wsp>
                        <wps:cNvPr id="539419948" name="テキスト ボックス 2"/>
                        <wps:cNvSpPr txBox="1">
                          <a:spLocks noChangeArrowheads="1"/>
                        </wps:cNvSpPr>
                        <wps:spPr bwMode="auto">
                          <a:xfrm>
                            <a:off x="5020983" y="5605249"/>
                            <a:ext cx="375285" cy="306705"/>
                          </a:xfrm>
                          <a:prstGeom prst="rect">
                            <a:avLst/>
                          </a:prstGeom>
                          <a:noFill/>
                          <a:ln w="9525">
                            <a:noFill/>
                            <a:miter lim="800000"/>
                            <a:headEnd/>
                            <a:tailEnd/>
                          </a:ln>
                        </wps:spPr>
                        <wps:txbx>
                          <w:txbxContent>
                            <w:p w14:paraId="685C6B96" w14:textId="77777777" w:rsidR="002A4231" w:rsidRPr="00C71DCE" w:rsidRDefault="002A4231" w:rsidP="002A4231">
                              <w:pPr>
                                <w:jc w:val="center"/>
                                <w:rPr>
                                  <w:rFonts w:ascii="ＭＳ 明朝" w:eastAsia="ＭＳ 明朝" w:hAnsi="ＭＳ 明朝"/>
                                  <w:color w:val="EE0000"/>
                                  <w:sz w:val="21"/>
                                  <w:szCs w:val="21"/>
                                </w:rPr>
                              </w:pPr>
                              <w:r w:rsidRPr="00C71DCE">
                                <w:rPr>
                                  <w:rFonts w:ascii="ＭＳ 明朝" w:eastAsia="ＭＳ 明朝" w:hAnsi="ＭＳ 明朝" w:hint="eastAsia"/>
                                  <w:color w:val="EE0000"/>
                                  <w:sz w:val="21"/>
                                  <w:szCs w:val="21"/>
                                  <w:lang w:eastAsia="ja-JP"/>
                                </w:rPr>
                                <w:t>00</w:t>
                              </w:r>
                            </w:p>
                          </w:txbxContent>
                        </wps:txbx>
                        <wps:bodyPr rot="0" vert="horz" wrap="square" lIns="91440" tIns="45720" rIns="91440" bIns="45720" anchor="t" anchorCtr="0">
                          <a:noAutofit/>
                        </wps:bodyPr>
                      </wps:wsp>
                      <wps:wsp>
                        <wps:cNvPr id="321741548" name="テキスト ボックス 2"/>
                        <wps:cNvSpPr txBox="1">
                          <a:spLocks noChangeArrowheads="1"/>
                        </wps:cNvSpPr>
                        <wps:spPr bwMode="auto">
                          <a:xfrm>
                            <a:off x="3405116" y="1433015"/>
                            <a:ext cx="286603" cy="211541"/>
                          </a:xfrm>
                          <a:prstGeom prst="rect">
                            <a:avLst/>
                          </a:prstGeom>
                          <a:noFill/>
                          <a:ln w="9525">
                            <a:noFill/>
                            <a:miter lim="800000"/>
                            <a:headEnd/>
                            <a:tailEnd/>
                          </a:ln>
                        </wps:spPr>
                        <wps:txbx>
                          <w:txbxContent>
                            <w:p w14:paraId="0AFC0E4E" w14:textId="77777777" w:rsidR="001D3172" w:rsidRPr="002130FE" w:rsidRDefault="001D3172" w:rsidP="001D3172">
                              <w:pPr>
                                <w:rPr>
                                  <w:color w:val="EE0000"/>
                                  <w:sz w:val="21"/>
                                  <w:szCs w:val="21"/>
                                </w:rPr>
                              </w:pPr>
                              <w:r w:rsidRPr="002130FE">
                                <w:rPr>
                                  <w:rFonts w:hint="eastAsia"/>
                                  <w:color w:val="EE0000"/>
                                  <w:sz w:val="21"/>
                                  <w:szCs w:val="21"/>
                                  <w:lang w:eastAsia="ja-JP"/>
                                </w:rPr>
                                <w:t>✓</w:t>
                              </w:r>
                            </w:p>
                          </w:txbxContent>
                        </wps:txbx>
                        <wps:bodyPr rot="0" vert="horz" wrap="square" lIns="91440" tIns="45720" rIns="91440" bIns="45720" anchor="t" anchorCtr="0">
                          <a:noAutofit/>
                        </wps:bodyPr>
                      </wps:wsp>
                      <wps:wsp>
                        <wps:cNvPr id="1138979079" name="テキスト ボックス 2"/>
                        <wps:cNvSpPr txBox="1">
                          <a:spLocks noChangeArrowheads="1"/>
                        </wps:cNvSpPr>
                        <wps:spPr bwMode="auto">
                          <a:xfrm>
                            <a:off x="1753737" y="7324724"/>
                            <a:ext cx="4909640" cy="457201"/>
                          </a:xfrm>
                          <a:prstGeom prst="rect">
                            <a:avLst/>
                          </a:prstGeom>
                          <a:noFill/>
                          <a:ln w="9525">
                            <a:noFill/>
                            <a:miter lim="800000"/>
                            <a:headEnd/>
                            <a:tailEnd/>
                          </a:ln>
                        </wps:spPr>
                        <wps:txbx>
                          <w:txbxContent>
                            <w:p w14:paraId="248DBE2B" w14:textId="00621A4C" w:rsidR="009013EF" w:rsidRPr="00C8170C" w:rsidRDefault="00F32208" w:rsidP="00315883">
                              <w:pPr>
                                <w:pStyle w:val="a9"/>
                                <w:rPr>
                                  <w:color w:val="EE0000"/>
                                  <w:sz w:val="21"/>
                                  <w:szCs w:val="21"/>
                                  <w:lang w:eastAsia="ja-JP"/>
                                </w:rPr>
                              </w:pPr>
                              <w:r w:rsidRPr="00F32208">
                                <w:rPr>
                                  <w:rFonts w:hint="eastAsia"/>
                                  <w:color w:val="EE0000"/>
                                  <w:sz w:val="21"/>
                                  <w:szCs w:val="21"/>
                                  <w:lang w:eastAsia="ja-JP"/>
                                </w:rPr>
                                <w:t>キッチンカーによるクレープの製造販売（イベント会場・商業施設・オフィス街等での移動販売）。仕込みは自宅（または〇〇仕込み施設）で実施。</w:t>
                              </w:r>
                            </w:p>
                          </w:txbxContent>
                        </wps:txbx>
                        <wps:bodyPr rot="0" vert="horz" wrap="square" lIns="91440" tIns="45720" rIns="91440" bIns="45720" anchor="t" anchorCtr="0">
                          <a:noAutofit/>
                        </wps:bodyPr>
                      </wps:wsp>
                      <wps:wsp>
                        <wps:cNvPr id="356236298" name="テキスト ボックス 2"/>
                        <wps:cNvSpPr txBox="1">
                          <a:spLocks noChangeArrowheads="1"/>
                        </wps:cNvSpPr>
                        <wps:spPr bwMode="auto">
                          <a:xfrm>
                            <a:off x="3063922" y="5377218"/>
                            <a:ext cx="286603" cy="211541"/>
                          </a:xfrm>
                          <a:prstGeom prst="rect">
                            <a:avLst/>
                          </a:prstGeom>
                          <a:noFill/>
                          <a:ln w="9525">
                            <a:noFill/>
                            <a:miter lim="800000"/>
                            <a:headEnd/>
                            <a:tailEnd/>
                          </a:ln>
                        </wps:spPr>
                        <wps:txbx>
                          <w:txbxContent>
                            <w:p w14:paraId="75D5BB0E" w14:textId="77777777" w:rsidR="00A61D04" w:rsidRPr="002130FE" w:rsidRDefault="00A61D04" w:rsidP="00A61D04">
                              <w:pPr>
                                <w:rPr>
                                  <w:color w:val="EE0000"/>
                                  <w:sz w:val="21"/>
                                  <w:szCs w:val="21"/>
                                </w:rPr>
                              </w:pPr>
                              <w:r w:rsidRPr="002130FE">
                                <w:rPr>
                                  <w:rFonts w:hint="eastAsia"/>
                                  <w:color w:val="EE0000"/>
                                  <w:sz w:val="21"/>
                                  <w:szCs w:val="21"/>
                                  <w:lang w:eastAsia="ja-JP"/>
                                </w:rPr>
                                <w:t>✓</w:t>
                              </w:r>
                            </w:p>
                          </w:txbxContent>
                        </wps:txbx>
                        <wps:bodyPr rot="0" vert="horz" wrap="square" lIns="91440" tIns="45720" rIns="91440" bIns="45720" anchor="t" anchorCtr="0">
                          <a:noAutofit/>
                        </wps:bodyPr>
                      </wps:wsp>
                      <wps:wsp>
                        <wps:cNvPr id="1996691723" name="テキスト ボックス 2"/>
                        <wps:cNvSpPr txBox="1">
                          <a:spLocks noChangeArrowheads="1"/>
                        </wps:cNvSpPr>
                        <wps:spPr bwMode="auto">
                          <a:xfrm>
                            <a:off x="5575110" y="2886501"/>
                            <a:ext cx="375314" cy="306705"/>
                          </a:xfrm>
                          <a:prstGeom prst="rect">
                            <a:avLst/>
                          </a:prstGeom>
                          <a:noFill/>
                          <a:ln w="9525">
                            <a:noFill/>
                            <a:miter lim="800000"/>
                            <a:headEnd/>
                            <a:tailEnd/>
                          </a:ln>
                        </wps:spPr>
                        <wps:txbx>
                          <w:txbxContent>
                            <w:p w14:paraId="20D2D9D9" w14:textId="77777777" w:rsidR="00DA0ACB" w:rsidRPr="00234506" w:rsidRDefault="00DA0ACB" w:rsidP="00DA0ACB">
                              <w:pPr>
                                <w:jc w:val="center"/>
                                <w:rPr>
                                  <w:rFonts w:asciiTheme="minorEastAsia" w:hAnsiTheme="minorEastAsia"/>
                                  <w:color w:val="EE0000"/>
                                  <w:sz w:val="21"/>
                                  <w:szCs w:val="21"/>
                                </w:rPr>
                              </w:pPr>
                              <w:r w:rsidRPr="00234506">
                                <w:rPr>
                                  <w:rFonts w:asciiTheme="minorEastAsia" w:hAnsiTheme="minorEastAsia" w:hint="eastAsia"/>
                                  <w:color w:val="EE0000"/>
                                  <w:sz w:val="21"/>
                                  <w:szCs w:val="21"/>
                                  <w:lang w:eastAsia="ja-JP"/>
                                </w:rPr>
                                <w:t>00</w:t>
                              </w:r>
                            </w:p>
                          </w:txbxContent>
                        </wps:txbx>
                        <wps:bodyPr rot="0" vert="horz" wrap="square" lIns="91440" tIns="45720" rIns="91440" bIns="45720" anchor="t" anchorCtr="0">
                          <a:noAutofit/>
                        </wps:bodyPr>
                      </wps:wsp>
                      <wps:wsp>
                        <wps:cNvPr id="325522646" name="テキスト ボックス 2"/>
                        <wps:cNvSpPr txBox="1">
                          <a:spLocks noChangeArrowheads="1"/>
                        </wps:cNvSpPr>
                        <wps:spPr bwMode="auto">
                          <a:xfrm>
                            <a:off x="5882185" y="2886501"/>
                            <a:ext cx="375314" cy="306705"/>
                          </a:xfrm>
                          <a:prstGeom prst="rect">
                            <a:avLst/>
                          </a:prstGeom>
                          <a:noFill/>
                          <a:ln w="9525">
                            <a:noFill/>
                            <a:miter lim="800000"/>
                            <a:headEnd/>
                            <a:tailEnd/>
                          </a:ln>
                        </wps:spPr>
                        <wps:txbx>
                          <w:txbxContent>
                            <w:p w14:paraId="7D8C6511" w14:textId="77777777" w:rsidR="00DA0ACB" w:rsidRPr="00234506" w:rsidRDefault="00DA0ACB" w:rsidP="00DA0ACB">
                              <w:pPr>
                                <w:jc w:val="center"/>
                                <w:rPr>
                                  <w:rFonts w:asciiTheme="minorEastAsia" w:hAnsiTheme="minorEastAsia"/>
                                  <w:color w:val="EE0000"/>
                                  <w:sz w:val="21"/>
                                  <w:szCs w:val="21"/>
                                </w:rPr>
                              </w:pPr>
                              <w:r w:rsidRPr="00234506">
                                <w:rPr>
                                  <w:rFonts w:asciiTheme="minorEastAsia" w:hAnsiTheme="minorEastAsia" w:hint="eastAsia"/>
                                  <w:color w:val="EE0000"/>
                                  <w:sz w:val="21"/>
                                  <w:szCs w:val="21"/>
                                  <w:lang w:eastAsia="ja-JP"/>
                                </w:rPr>
                                <w:t>00</w:t>
                              </w:r>
                            </w:p>
                          </w:txbxContent>
                        </wps:txbx>
                        <wps:bodyPr rot="0" vert="horz" wrap="square" lIns="91440" tIns="45720" rIns="91440" bIns="45720" anchor="t" anchorCtr="0">
                          <a:noAutofit/>
                        </wps:bodyPr>
                      </wps:wsp>
                      <wps:wsp>
                        <wps:cNvPr id="597311646" name="テキスト ボックス 2"/>
                        <wps:cNvSpPr txBox="1">
                          <a:spLocks noChangeArrowheads="1"/>
                        </wps:cNvSpPr>
                        <wps:spPr bwMode="auto">
                          <a:xfrm>
                            <a:off x="6141492" y="2879678"/>
                            <a:ext cx="375314" cy="306705"/>
                          </a:xfrm>
                          <a:prstGeom prst="rect">
                            <a:avLst/>
                          </a:prstGeom>
                          <a:noFill/>
                          <a:ln w="9525">
                            <a:noFill/>
                            <a:miter lim="800000"/>
                            <a:headEnd/>
                            <a:tailEnd/>
                          </a:ln>
                        </wps:spPr>
                        <wps:txbx>
                          <w:txbxContent>
                            <w:p w14:paraId="4BA1661B" w14:textId="77777777" w:rsidR="00DA0ACB" w:rsidRPr="00234506" w:rsidRDefault="00DA0ACB" w:rsidP="00DA0ACB">
                              <w:pPr>
                                <w:jc w:val="center"/>
                                <w:rPr>
                                  <w:rFonts w:asciiTheme="minorEastAsia" w:hAnsiTheme="minorEastAsia"/>
                                  <w:color w:val="EE0000"/>
                                  <w:sz w:val="21"/>
                                  <w:szCs w:val="21"/>
                                </w:rPr>
                              </w:pPr>
                              <w:r w:rsidRPr="00234506">
                                <w:rPr>
                                  <w:rFonts w:asciiTheme="minorEastAsia" w:hAnsiTheme="minorEastAsia" w:hint="eastAsia"/>
                                  <w:color w:val="EE0000"/>
                                  <w:sz w:val="21"/>
                                  <w:szCs w:val="21"/>
                                  <w:lang w:eastAsia="ja-JP"/>
                                </w:rPr>
                                <w:t>00</w:t>
                              </w:r>
                            </w:p>
                          </w:txbxContent>
                        </wps:txbx>
                        <wps:bodyPr rot="0" vert="horz" wrap="square" lIns="91440" tIns="45720" rIns="91440" bIns="45720" anchor="t" anchorCtr="0">
                          <a:noAutofit/>
                        </wps:bodyPr>
                      </wps:wsp>
                    </wpg:wgp>
                  </a:graphicData>
                </a:graphic>
              </wp:anchor>
            </w:drawing>
          </mc:Choice>
          <mc:Fallback>
            <w:pict>
              <v:group w14:anchorId="11906A1F" id="グループ化 25" o:spid="_x0000_s1026" style="position:absolute;left:0;text-align:left;margin-left:-3.75pt;margin-top:0;width:595.45pt;height:839.25pt;z-index:251717632;mso-position-horizontal-relative:page" coordorigin="-136" coordsize="75622,106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&#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ダイアグラム&#10;&#10;AI 生成コンテンツは誤りを含む可能性があります。" style="position:absolute;left:-136;width:75621;height:106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">
                  <v:imagedata r:id="rId9" o:title="ダイアグラム&#10;&#10;AI 生成コンテンツは誤りを含む可能性があります。"/>
                </v:shape>
                <v:shapetype id="_x0000_t202" coordsize="21600,21600" o:spt="202" path="m,l,21600r21600,l21600,xe">
                  <v:stroke joinstyle="miter"/>
                  <v:path gradientshapeok="t" o:connecttype="rect"/>
                </v:shapetype>
                <v:shape id="テキスト ボックス 2" o:spid="_x0000_s1028" type="#_x0000_t202" style="position:absolute;left:11464;top:18492;width:6209;height:30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" filled="f" stroked="f">
                  <v:textbox>
                    <w:txbxContent>
                      <w:p w14:paraId="72804F17" w14:textId="294DEED2" w:rsidR="00DC3FD8" w:rsidRPr="00234506" w:rsidRDefault="00B35237" w:rsidP="00D92E3E">
                        <w:pPr>
                          <w:jc w:val="center"/>
                          <w:rPr>
                            <w:rFonts w:asciiTheme="minorEastAsia" w:hAnsiTheme="minorEastAsia"/>
                            <w:color w:val="EE0000"/>
                            <w:sz w:val="28"/>
                            <w:szCs w:val="28"/>
                          </w:rPr>
                        </w:pPr>
                        <w:r w:rsidRPr="00234506">
                          <w:rPr>
                            <w:rFonts w:asciiTheme="minorEastAsia" w:hAnsiTheme="minorEastAsia" w:hint="eastAsia"/>
                            <w:color w:val="EE0000"/>
                            <w:sz w:val="28"/>
                            <w:szCs w:val="28"/>
                            <w:lang w:eastAsia="ja-JP"/>
                          </w:rPr>
                          <w:t>○○</w:t>
                        </w:r>
                      </w:p>
                    </w:txbxContent>
                  </v:textbox>
                </v:shape>
                <v:shape id="テキスト ボックス 2" o:spid="_x0000_s1029" type="#_x0000_t202" style="position:absolute;left:9075;top:23678;width:3753;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" filled="f" stroked="f">
                  <v:textbox>
                    <w:txbxContent>
                      <w:p w14:paraId="093CDDC3" w14:textId="1649CC1D" w:rsidR="00335BA9" w:rsidRPr="00234506" w:rsidRDefault="002A4231" w:rsidP="00D92E3E">
                        <w:pPr>
                          <w:jc w:val="center"/>
                          <w:rPr>
                            <w:rFonts w:asciiTheme="minorEastAsia" w:hAnsiTheme="minorEastAsia"/>
                            <w:color w:val="EE0000"/>
                            <w:sz w:val="21"/>
                            <w:szCs w:val="21"/>
                          </w:rPr>
                        </w:pPr>
                        <w:r w:rsidRPr="00234506">
                          <w:rPr>
                            <w:rFonts w:asciiTheme="minorEastAsia" w:hAnsiTheme="minorEastAsia" w:hint="eastAsia"/>
                            <w:color w:val="EE0000"/>
                            <w:sz w:val="21"/>
                            <w:szCs w:val="21"/>
                            <w:lang w:eastAsia="ja-JP"/>
                          </w:rPr>
                          <w:t>00</w:t>
                        </w:r>
                      </w:p>
                    </w:txbxContent>
                  </v:textbox>
                </v:shape>
                <v:shape id="テキスト ボックス 2" o:spid="_x0000_s1030" type="#_x0000_t202" style="position:absolute;left:36576;top:15490;width:10577;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" filled="f" stroked="f">
                  <v:textbox>
                    <w:txbxContent>
                      <w:p w14:paraId="604805ED" w14:textId="663B3917" w:rsidR="00335BA9" w:rsidRPr="00234506" w:rsidRDefault="00335BA9" w:rsidP="00335BA9">
                        <w:pPr>
                          <w:rPr>
                            <w:rFonts w:asciiTheme="minorEastAsia" w:hAnsiTheme="minorEastAsia"/>
                            <w:color w:val="EE0000"/>
                            <w:sz w:val="21"/>
                            <w:szCs w:val="21"/>
                          </w:rPr>
                        </w:pPr>
                        <w:r w:rsidRPr="00234506">
                          <w:rPr>
                            <w:rFonts w:asciiTheme="minorEastAsia" w:hAnsiTheme="minorEastAsia" w:hint="eastAsia"/>
                            <w:color w:val="EE0000"/>
                            <w:sz w:val="21"/>
                            <w:szCs w:val="21"/>
                            <w:lang w:eastAsia="ja-JP"/>
                          </w:rPr>
                          <w:t>000　0000</w:t>
                        </w:r>
                      </w:p>
                    </w:txbxContent>
                  </v:textbox>
                </v:shape>
                <v:shape id="テキスト ボックス 2" o:spid="_x0000_s1031" type="#_x0000_t202" style="position:absolute;left:36644;top:17196;width:20540;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" filled="f" stroked="f">
                  <v:textbox>
                    <w:txbxContent>
                      <w:p w14:paraId="3098A517" w14:textId="166D2FC7" w:rsidR="00335BA9" w:rsidRPr="00234506" w:rsidRDefault="00335BA9" w:rsidP="00335BA9">
                        <w:pPr>
                          <w:rPr>
                            <w:rFonts w:asciiTheme="minorEastAsia" w:hAnsiTheme="minorEastAsia"/>
                            <w:color w:val="EE0000"/>
                            <w:sz w:val="21"/>
                            <w:szCs w:val="21"/>
                          </w:rPr>
                        </w:pPr>
                        <w:r w:rsidRPr="00234506">
                          <w:rPr>
                            <w:rFonts w:asciiTheme="minorEastAsia" w:hAnsiTheme="minorEastAsia" w:hint="eastAsia"/>
                            <w:color w:val="EE0000"/>
                            <w:sz w:val="21"/>
                            <w:szCs w:val="21"/>
                            <w:lang w:eastAsia="ja-JP"/>
                          </w:rPr>
                          <w:t>○○県○○市○○ 0丁目00</w:t>
                        </w:r>
                      </w:p>
                    </w:txbxContent>
                  </v:textbox>
                </v:shape>
                <v:shape id="テキスト ボックス 2" o:spid="_x0000_s1032" type="#_x0000_t202" style="position:absolute;left:53772;top:18833;width:12760;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" filled="f" stroked="f">
                  <v:textbox>
                    <w:txbxContent>
                      <w:p w14:paraId="5C1B5035" w14:textId="3B1BA7E2" w:rsidR="00335BA9" w:rsidRPr="00234506" w:rsidRDefault="00335BA9" w:rsidP="00335BA9">
                        <w:pPr>
                          <w:rPr>
                            <w:rFonts w:asciiTheme="minorEastAsia" w:hAnsiTheme="minorEastAsia"/>
                            <w:color w:val="EE0000"/>
                            <w:sz w:val="21"/>
                            <w:szCs w:val="21"/>
                          </w:rPr>
                        </w:pPr>
                        <w:r w:rsidRPr="00234506">
                          <w:rPr>
                            <w:rFonts w:asciiTheme="minorEastAsia" w:hAnsiTheme="minorEastAsia" w:hint="eastAsia"/>
                            <w:color w:val="EE0000"/>
                            <w:sz w:val="21"/>
                            <w:szCs w:val="21"/>
                            <w:lang w:eastAsia="ja-JP"/>
                          </w:rPr>
                          <w:t>000</w:t>
                        </w:r>
                        <w:r w:rsidR="00596D8E" w:rsidRPr="00234506">
                          <w:rPr>
                            <w:rFonts w:asciiTheme="minorEastAsia" w:hAnsiTheme="minorEastAsia" w:hint="eastAsia"/>
                            <w:color w:val="EE0000"/>
                            <w:sz w:val="21"/>
                            <w:szCs w:val="21"/>
                            <w:lang w:eastAsia="ja-JP"/>
                          </w:rPr>
                          <w:t xml:space="preserve">   </w:t>
                        </w:r>
                        <w:r w:rsidRPr="00234506">
                          <w:rPr>
                            <w:rFonts w:asciiTheme="minorEastAsia" w:hAnsiTheme="minorEastAsia" w:hint="eastAsia"/>
                            <w:color w:val="EE0000"/>
                            <w:sz w:val="21"/>
                            <w:szCs w:val="21"/>
                            <w:lang w:eastAsia="ja-JP"/>
                          </w:rPr>
                          <w:t>0000</w:t>
                        </w:r>
                        <w:r w:rsidR="00596D8E" w:rsidRPr="00234506">
                          <w:rPr>
                            <w:rFonts w:asciiTheme="minorEastAsia" w:hAnsiTheme="minorEastAsia" w:hint="eastAsia"/>
                            <w:color w:val="EE0000"/>
                            <w:sz w:val="21"/>
                            <w:szCs w:val="21"/>
                            <w:lang w:eastAsia="ja-JP"/>
                          </w:rPr>
                          <w:t xml:space="preserve">    </w:t>
                        </w:r>
                        <w:r w:rsidRPr="00234506">
                          <w:rPr>
                            <w:rFonts w:asciiTheme="minorEastAsia" w:hAnsiTheme="minorEastAsia" w:hint="eastAsia"/>
                            <w:color w:val="EE0000"/>
                            <w:sz w:val="21"/>
                            <w:szCs w:val="21"/>
                            <w:lang w:eastAsia="ja-JP"/>
                          </w:rPr>
                          <w:t>0000</w:t>
                        </w:r>
                      </w:p>
                    </w:txbxContent>
                  </v:textbox>
                </v:shape>
                <v:shape id="テキスト ボックス 2" o:spid="_x0000_s1033" type="#_x0000_t202" style="position:absolute;left:36576;top:29274;width:12757;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" filled="f" stroked="f">
                  <v:textbox>
                    <w:txbxContent>
                      <w:p w14:paraId="57907B45" w14:textId="646D7CD2" w:rsidR="00596D8E" w:rsidRPr="00234506" w:rsidRDefault="00596D8E" w:rsidP="00D92E3E">
                        <w:pPr>
                          <w:jc w:val="center"/>
                          <w:rPr>
                            <w:rFonts w:asciiTheme="minorEastAsia" w:hAnsiTheme="minorEastAsia"/>
                            <w:color w:val="EE0000"/>
                            <w:sz w:val="28"/>
                            <w:szCs w:val="28"/>
                          </w:rPr>
                        </w:pPr>
                        <w:r w:rsidRPr="00234506">
                          <w:rPr>
                            <w:rFonts w:asciiTheme="minorEastAsia" w:hAnsiTheme="minorEastAsia" w:hint="eastAsia"/>
                            <w:color w:val="EE0000"/>
                            <w:sz w:val="28"/>
                            <w:szCs w:val="28"/>
                            <w:lang w:eastAsia="ja-JP"/>
                          </w:rPr>
                          <w:t>○○　○○</w:t>
                        </w:r>
                      </w:p>
                    </w:txbxContent>
                  </v:textbox>
                </v:shape>
                <v:shape id="テキスト ボックス 2" o:spid="_x0000_s1034" type="#_x0000_t202" style="position:absolute;left:37053;top:26954;width:12757;height:2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" filled="f" stroked="f">
                  <v:textbox>
                    <w:txbxContent>
                      <w:p w14:paraId="4C153418" w14:textId="6C0C1F84" w:rsidR="00596D8E" w:rsidRPr="00234506" w:rsidRDefault="00596D8E" w:rsidP="00D92E3E">
                        <w:pPr>
                          <w:jc w:val="center"/>
                          <w:rPr>
                            <w:rFonts w:asciiTheme="minorEastAsia" w:hAnsiTheme="minorEastAsia"/>
                            <w:color w:val="EE0000"/>
                            <w:sz w:val="16"/>
                            <w:szCs w:val="16"/>
                          </w:rPr>
                        </w:pPr>
                        <w:r w:rsidRPr="00234506">
                          <w:rPr>
                            <w:rFonts w:asciiTheme="minorEastAsia" w:hAnsiTheme="minorEastAsia" w:hint="eastAsia"/>
                            <w:color w:val="EE0000"/>
                            <w:sz w:val="16"/>
                            <w:szCs w:val="16"/>
                            <w:lang w:eastAsia="ja-JP"/>
                          </w:rPr>
                          <w:t>○○○○　 ○○○○</w:t>
                        </w:r>
                      </w:p>
                    </w:txbxContent>
                  </v:textbox>
                </v:shape>
                <v:shape id="テキスト ボックス 2" o:spid="_x0000_s1035" type="#_x0000_t202" style="position:absolute;left:52748;top:28046;width:2866;height:2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" filled="f" stroked="f">
                  <v:textbox>
                    <w:txbxContent>
                      <w:p w14:paraId="587D4ADB" w14:textId="7727119B" w:rsidR="00596D8E" w:rsidRPr="002130FE" w:rsidRDefault="00596D8E" w:rsidP="00596D8E">
                        <w:pPr>
                          <w:rPr>
                            <w:color w:val="EE0000"/>
                            <w:sz w:val="21"/>
                            <w:szCs w:val="21"/>
                          </w:rPr>
                        </w:pPr>
                        <w:r w:rsidRPr="002130FE">
                          <w:rPr>
                            <w:rFonts w:hint="eastAsia"/>
                            <w:color w:val="EE0000"/>
                            <w:sz w:val="21"/>
                            <w:szCs w:val="21"/>
                            <w:lang w:eastAsia="ja-JP"/>
                          </w:rPr>
                          <w:t>✓</w:t>
                        </w:r>
                      </w:p>
                    </w:txbxContent>
                  </v:textbox>
                </v:shape>
                <v:shape id="テキスト ボックス 2" o:spid="_x0000_s1036" type="#_x0000_t202" style="position:absolute;left:16718;top:43058;width:2866;height:2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" filled="f" stroked="f">
                  <v:textbox>
                    <w:txbxContent>
                      <w:p w14:paraId="09890109" w14:textId="77777777" w:rsidR="00596D8E" w:rsidRPr="002130FE" w:rsidRDefault="00596D8E" w:rsidP="00596D8E">
                        <w:pPr>
                          <w:rPr>
                            <w:rFonts w:asciiTheme="minorEastAsia" w:hAnsiTheme="minorEastAsia"/>
                            <w:color w:val="EE0000"/>
                            <w:sz w:val="21"/>
                            <w:szCs w:val="21"/>
                          </w:rPr>
                        </w:pPr>
                        <w:r w:rsidRPr="002130FE">
                          <w:rPr>
                            <w:rFonts w:asciiTheme="minorEastAsia" w:hAnsiTheme="minorEastAsia" w:hint="eastAsia"/>
                            <w:color w:val="EE0000"/>
                            <w:sz w:val="21"/>
                            <w:szCs w:val="21"/>
                            <w:lang w:eastAsia="ja-JP"/>
                          </w:rPr>
                          <w:t>✓</w:t>
                        </w:r>
                      </w:p>
                    </w:txbxContent>
                  </v:textbox>
                </v:shape>
                <v:shape id="テキスト ボックス 2" o:spid="_x0000_s1037" type="#_x0000_t202" style="position:absolute;left:54113;top:67897;width:2866;height:2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" filled="f" stroked="f">
                  <v:textbox>
                    <w:txbxContent>
                      <w:p w14:paraId="0EA0541F" w14:textId="77777777" w:rsidR="008204AD" w:rsidRPr="002130FE" w:rsidRDefault="008204AD" w:rsidP="008204AD">
                        <w:pPr>
                          <w:rPr>
                            <w:color w:val="EE0000"/>
                            <w:sz w:val="21"/>
                            <w:szCs w:val="21"/>
                          </w:rPr>
                        </w:pPr>
                        <w:r w:rsidRPr="002130FE">
                          <w:rPr>
                            <w:rFonts w:hint="eastAsia"/>
                            <w:color w:val="EE0000"/>
                            <w:sz w:val="21"/>
                            <w:szCs w:val="21"/>
                            <w:lang w:eastAsia="ja-JP"/>
                          </w:rPr>
                          <w:t>✓</w:t>
                        </w:r>
                      </w:p>
                    </w:txbxContent>
                  </v:textbox>
                </v:shape>
                <v:shape id="テキスト ボックス 2" o:spid="_x0000_s1038" type="#_x0000_t202" style="position:absolute;left:57047;top:70285;width:2866;height:2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" filled="f" stroked="f">
                  <v:textbox>
                    <w:txbxContent>
                      <w:p w14:paraId="5C002D13" w14:textId="77777777" w:rsidR="008204AD" w:rsidRPr="002130FE" w:rsidRDefault="008204AD" w:rsidP="008204AD">
                        <w:pPr>
                          <w:rPr>
                            <w:color w:val="EE0000"/>
                            <w:sz w:val="21"/>
                            <w:szCs w:val="21"/>
                          </w:rPr>
                        </w:pPr>
                        <w:r w:rsidRPr="002130FE">
                          <w:rPr>
                            <w:rFonts w:hint="eastAsia"/>
                            <w:color w:val="EE0000"/>
                            <w:sz w:val="21"/>
                            <w:szCs w:val="21"/>
                            <w:lang w:eastAsia="ja-JP"/>
                          </w:rPr>
                          <w:t>✓</w:t>
                        </w:r>
                      </w:p>
                    </w:txbxContent>
                  </v:textbox>
                </v:shape>
                <v:shape id="テキスト ボックス 2" o:spid="_x0000_s1039" type="#_x0000_t202" style="position:absolute;left:33778;top:33164;width:34665;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" filled="f" stroked="f">
                  <v:textbox>
                    <w:txbxContent>
                      <w:p w14:paraId="31A58A8C" w14:textId="2FAE535C" w:rsidR="008204AD" w:rsidRPr="00234506" w:rsidRDefault="008204AD" w:rsidP="008204AD">
                        <w:pPr>
                          <w:ind w:firstLineChars="50" w:firstLine="140"/>
                          <w:rPr>
                            <w:rFonts w:asciiTheme="minorEastAsia" w:hAnsiTheme="minorEastAsia"/>
                            <w:color w:val="EE0000"/>
                            <w:sz w:val="28"/>
                            <w:szCs w:val="28"/>
                            <w:lang w:eastAsia="ja-JP"/>
                          </w:rPr>
                        </w:pPr>
                        <w:r w:rsidRPr="00234506">
                          <w:rPr>
                            <w:rFonts w:asciiTheme="minorEastAsia" w:hAnsiTheme="minorEastAsia" w:hint="eastAsia"/>
                            <w:color w:val="EE0000"/>
                            <w:sz w:val="28"/>
                            <w:szCs w:val="28"/>
                            <w:lang w:eastAsia="ja-JP"/>
                          </w:rPr>
                          <w:t xml:space="preserve">0　0　0　0　0　0　0　0 </w:t>
                        </w:r>
                        <w:r w:rsidR="002A4231" w:rsidRPr="00234506">
                          <w:rPr>
                            <w:rFonts w:asciiTheme="minorEastAsia" w:hAnsiTheme="minorEastAsia" w:hint="eastAsia"/>
                            <w:color w:val="EE0000"/>
                            <w:sz w:val="28"/>
                            <w:szCs w:val="28"/>
                            <w:lang w:eastAsia="ja-JP"/>
                          </w:rPr>
                          <w:t xml:space="preserve"> </w:t>
                        </w:r>
                        <w:r w:rsidRPr="00234506">
                          <w:rPr>
                            <w:rFonts w:asciiTheme="minorEastAsia" w:hAnsiTheme="minorEastAsia" w:hint="eastAsia"/>
                            <w:color w:val="EE0000"/>
                            <w:sz w:val="28"/>
                            <w:szCs w:val="28"/>
                            <w:lang w:eastAsia="ja-JP"/>
                          </w:rPr>
                          <w:t>0　0　0　0</w:t>
                        </w:r>
                      </w:p>
                      <w:p w14:paraId="4263C031" w14:textId="620D8540" w:rsidR="008204AD" w:rsidRPr="00234506" w:rsidRDefault="008204AD" w:rsidP="008204AD">
                        <w:pPr>
                          <w:ind w:firstLineChars="50" w:firstLine="140"/>
                          <w:rPr>
                            <w:rFonts w:asciiTheme="minorEastAsia" w:hAnsiTheme="minorEastAsia"/>
                            <w:color w:val="EE0000"/>
                            <w:sz w:val="28"/>
                            <w:szCs w:val="28"/>
                            <w:lang w:eastAsia="ja-JP"/>
                          </w:rPr>
                        </w:pPr>
                        <w:r w:rsidRPr="00234506">
                          <w:rPr>
                            <w:rFonts w:asciiTheme="minorEastAsia" w:hAnsiTheme="minorEastAsia" w:hint="eastAsia"/>
                            <w:color w:val="EE0000"/>
                            <w:sz w:val="28"/>
                            <w:szCs w:val="28"/>
                            <w:lang w:eastAsia="ja-JP"/>
                          </w:rPr>
                          <w:t xml:space="preserve">　　　　　  </w:t>
                        </w:r>
                      </w:p>
                      <w:p w14:paraId="06108444" w14:textId="69565FC9" w:rsidR="008204AD" w:rsidRPr="00234506" w:rsidRDefault="008204AD" w:rsidP="008204AD">
                        <w:pPr>
                          <w:ind w:firstLineChars="50" w:firstLine="140"/>
                          <w:rPr>
                            <w:rFonts w:asciiTheme="minorEastAsia" w:hAnsiTheme="minorEastAsia"/>
                            <w:color w:val="EE0000"/>
                            <w:sz w:val="28"/>
                            <w:szCs w:val="28"/>
                          </w:rPr>
                        </w:pPr>
                        <w:r w:rsidRPr="00234506">
                          <w:rPr>
                            <w:rFonts w:asciiTheme="minorEastAsia" w:hAnsiTheme="minorEastAsia" w:hint="eastAsia"/>
                            <w:color w:val="EE0000"/>
                            <w:sz w:val="28"/>
                            <w:szCs w:val="28"/>
                            <w:lang w:eastAsia="ja-JP"/>
                          </w:rPr>
                          <w:t>○</w:t>
                        </w:r>
                      </w:p>
                    </w:txbxContent>
                  </v:textbox>
                </v:shape>
                <v:shape id="テキスト ボックス 2" o:spid="_x0000_s1040" type="#_x0000_t202" style="position:absolute;left:33873;top:36004;width:19312;height:5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" filled="f" stroked="f">
                  <v:textbox>
                    <w:txbxContent>
                      <w:p w14:paraId="3CDBB515" w14:textId="77777777" w:rsidR="00F32208" w:rsidRDefault="00F32208" w:rsidP="00315883">
                        <w:pPr>
                          <w:pStyle w:val="a9"/>
                          <w:rPr>
                            <w:color w:val="EE0000"/>
                            <w:sz w:val="18"/>
                            <w:szCs w:val="18"/>
                            <w:lang w:eastAsia="ja-JP"/>
                          </w:rPr>
                        </w:pPr>
                        <w:r w:rsidRPr="00F32208">
                          <w:rPr>
                            <w:rFonts w:hint="eastAsia"/>
                            <w:color w:val="EE0000"/>
                            <w:sz w:val="18"/>
                            <w:szCs w:val="18"/>
                            <w:lang w:eastAsia="ja-JP"/>
                          </w:rPr>
                          <w:t>移動販売業</w:t>
                        </w:r>
                      </w:p>
                      <w:p w14:paraId="0EF14298" w14:textId="2BB794FF" w:rsidR="00D92E3E" w:rsidRPr="00315883" w:rsidRDefault="00F32208" w:rsidP="00315883">
                        <w:pPr>
                          <w:pStyle w:val="a9"/>
                          <w:rPr>
                            <w:color w:val="EE0000"/>
                            <w:sz w:val="18"/>
                            <w:szCs w:val="18"/>
                            <w:lang w:eastAsia="ja-JP"/>
                          </w:rPr>
                        </w:pPr>
                        <w:r w:rsidRPr="00F32208">
                          <w:rPr>
                            <w:rFonts w:hint="eastAsia"/>
                            <w:color w:val="EE0000"/>
                            <w:sz w:val="18"/>
                            <w:szCs w:val="18"/>
                            <w:lang w:eastAsia="ja-JP"/>
                          </w:rPr>
                          <w:t>（クレープ販売）</w:t>
                        </w:r>
                      </w:p>
                    </w:txbxContent>
                  </v:textbox>
                </v:shape>
                <v:shape id="テキスト ボックス 2" o:spid="_x0000_s1041" type="#_x0000_t202" style="position:absolute;left:53089;top:37053;width:12757;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" filled="f" stroked="f">
                  <v:textbox>
                    <w:txbxContent>
                      <w:p w14:paraId="1C1A9800" w14:textId="3391FBA8" w:rsidR="00D92E3E" w:rsidRPr="00234506" w:rsidRDefault="00946916" w:rsidP="00D92E3E">
                        <w:pPr>
                          <w:jc w:val="center"/>
                          <w:rPr>
                            <w:rFonts w:asciiTheme="minorEastAsia" w:hAnsiTheme="minorEastAsia"/>
                            <w:color w:val="EE0000"/>
                            <w:sz w:val="28"/>
                            <w:szCs w:val="28"/>
                          </w:rPr>
                        </w:pPr>
                        <w:r>
                          <w:rPr>
                            <w:rFonts w:asciiTheme="minorEastAsia" w:hAnsiTheme="minorEastAsia" w:hint="eastAsia"/>
                            <w:color w:val="EE0000"/>
                            <w:sz w:val="28"/>
                            <w:szCs w:val="28"/>
                            <w:lang w:eastAsia="ja-JP"/>
                          </w:rPr>
                          <w:t>○○</w:t>
                        </w:r>
                        <w:r w:rsidR="00F32208">
                          <w:rPr>
                            <w:rFonts w:asciiTheme="minorEastAsia" w:hAnsiTheme="minorEastAsia" w:hint="eastAsia"/>
                            <w:color w:val="EE0000"/>
                            <w:sz w:val="28"/>
                            <w:szCs w:val="28"/>
                            <w:lang w:eastAsia="ja-JP"/>
                          </w:rPr>
                          <w:t>クレープ</w:t>
                        </w:r>
                      </w:p>
                    </w:txbxContent>
                  </v:textbox>
                </v:shape>
                <v:shape id="テキスト ボックス 2" o:spid="_x0000_s1042" type="#_x0000_t202" style="position:absolute;left:53500;top:35415;width:12757;height:2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" filled="f" stroked="f">
                  <v:textbox>
                    <w:txbxContent>
                      <w:p w14:paraId="5E0204E8" w14:textId="4B94AA87" w:rsidR="002A4231" w:rsidRPr="00234506" w:rsidRDefault="00946916" w:rsidP="00B773FF">
                        <w:pPr>
                          <w:rPr>
                            <w:rFonts w:ascii="ＭＳ 明朝" w:eastAsia="ＭＳ 明朝" w:hAnsi="ＭＳ 明朝"/>
                            <w:color w:val="EE0000"/>
                            <w:sz w:val="16"/>
                            <w:szCs w:val="16"/>
                          </w:rPr>
                        </w:pPr>
                        <w:r>
                          <w:rPr>
                            <w:rFonts w:ascii="ＭＳ 明朝" w:eastAsia="ＭＳ 明朝" w:hAnsi="ＭＳ 明朝" w:hint="eastAsia"/>
                            <w:color w:val="EE0000"/>
                            <w:sz w:val="16"/>
                            <w:szCs w:val="16"/>
                            <w:lang w:eastAsia="ja-JP"/>
                          </w:rPr>
                          <w:t>○○</w:t>
                        </w:r>
                        <w:r w:rsidR="00F32208">
                          <w:rPr>
                            <w:rFonts w:ascii="ＭＳ 明朝" w:eastAsia="ＭＳ 明朝" w:hAnsi="ＭＳ 明朝" w:hint="eastAsia"/>
                            <w:color w:val="EE0000"/>
                            <w:sz w:val="16"/>
                            <w:szCs w:val="16"/>
                            <w:lang w:eastAsia="ja-JP"/>
                          </w:rPr>
                          <w:t>クレープ</w:t>
                        </w:r>
                      </w:p>
                    </w:txbxContent>
                  </v:textbox>
                </v:shape>
                <v:shape id="テキスト ボックス 2" o:spid="_x0000_s1043" type="#_x0000_t202" style="position:absolute;left:13716;top:23610;width:3752;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" filled="f" stroked="f">
                  <v:textbox>
                    <w:txbxContent>
                      <w:p w14:paraId="08187D12" w14:textId="77777777" w:rsidR="002A4231" w:rsidRPr="00234506" w:rsidRDefault="002A4231" w:rsidP="002A4231">
                        <w:pPr>
                          <w:jc w:val="center"/>
                          <w:rPr>
                            <w:rFonts w:asciiTheme="minorEastAsia" w:hAnsiTheme="minorEastAsia"/>
                            <w:color w:val="EE0000"/>
                            <w:sz w:val="21"/>
                            <w:szCs w:val="21"/>
                          </w:rPr>
                        </w:pPr>
                        <w:r w:rsidRPr="00234506">
                          <w:rPr>
                            <w:rFonts w:asciiTheme="minorEastAsia" w:hAnsiTheme="minorEastAsia" w:hint="eastAsia"/>
                            <w:color w:val="EE0000"/>
                            <w:sz w:val="21"/>
                            <w:szCs w:val="21"/>
                            <w:lang w:eastAsia="ja-JP"/>
                          </w:rPr>
                          <w:t>00</w:t>
                        </w:r>
                      </w:p>
                    </w:txbxContent>
                  </v:textbox>
                </v:shape>
                <v:shape id="テキスト ボックス 2" o:spid="_x0000_s1044" type="#_x0000_t202" style="position:absolute;left:18219;top:23678;width:3753;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" filled="f" stroked="f">
                  <v:textbox>
                    <w:txbxContent>
                      <w:p w14:paraId="3E7967C5" w14:textId="77777777" w:rsidR="002A4231" w:rsidRPr="00234506" w:rsidRDefault="002A4231" w:rsidP="002A4231">
                        <w:pPr>
                          <w:jc w:val="center"/>
                          <w:rPr>
                            <w:rFonts w:asciiTheme="minorEastAsia" w:hAnsiTheme="minorEastAsia"/>
                            <w:color w:val="EE0000"/>
                            <w:sz w:val="21"/>
                            <w:szCs w:val="21"/>
                          </w:rPr>
                        </w:pPr>
                        <w:r w:rsidRPr="00234506">
                          <w:rPr>
                            <w:rFonts w:asciiTheme="minorEastAsia" w:hAnsiTheme="minorEastAsia" w:hint="eastAsia"/>
                            <w:color w:val="EE0000"/>
                            <w:sz w:val="21"/>
                            <w:szCs w:val="21"/>
                            <w:lang w:eastAsia="ja-JP"/>
                          </w:rPr>
                          <w:t>00</w:t>
                        </w:r>
                      </w:p>
                    </w:txbxContent>
                  </v:textbox>
                </v:shape>
                <v:shape id="テキスト ボックス 2" o:spid="_x0000_s1045" type="#_x0000_t202" style="position:absolute;left:46334;top:56078;width:3753;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" filled="f" stroked="f">
                  <v:textbox>
                    <w:txbxContent>
                      <w:p w14:paraId="3CEFB71D" w14:textId="77777777" w:rsidR="002A4231" w:rsidRPr="00C71DCE" w:rsidRDefault="002A4231" w:rsidP="002A4231">
                        <w:pPr>
                          <w:jc w:val="center"/>
                          <w:rPr>
                            <w:rFonts w:asciiTheme="minorEastAsia" w:hAnsiTheme="minorEastAsia"/>
                            <w:color w:val="EE0000"/>
                            <w:sz w:val="21"/>
                            <w:szCs w:val="21"/>
                          </w:rPr>
                        </w:pPr>
                        <w:r w:rsidRPr="00C71DCE">
                          <w:rPr>
                            <w:rFonts w:asciiTheme="minorEastAsia" w:hAnsiTheme="minorEastAsia" w:hint="eastAsia"/>
                            <w:color w:val="EE0000"/>
                            <w:sz w:val="21"/>
                            <w:szCs w:val="21"/>
                            <w:lang w:eastAsia="ja-JP"/>
                          </w:rPr>
                          <w:t>00</w:t>
                        </w:r>
                      </w:p>
                    </w:txbxContent>
                  </v:textbox>
                </v:shape>
                <v:shape id="テキスト ボックス 2" o:spid="_x0000_s1046" type="#_x0000_t202" style="position:absolute;left:53976;top:56052;width:3753;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" filled="f" stroked="f">
                  <v:textbox>
                    <w:txbxContent>
                      <w:p w14:paraId="63E5005E" w14:textId="77777777" w:rsidR="002A4231" w:rsidRPr="00C71DCE" w:rsidRDefault="002A4231" w:rsidP="002A4231">
                        <w:pPr>
                          <w:jc w:val="center"/>
                          <w:rPr>
                            <w:rFonts w:asciiTheme="minorEastAsia" w:hAnsiTheme="minorEastAsia"/>
                            <w:color w:val="EE0000"/>
                            <w:sz w:val="21"/>
                            <w:szCs w:val="21"/>
                          </w:rPr>
                        </w:pPr>
                        <w:r w:rsidRPr="00C71DCE">
                          <w:rPr>
                            <w:rFonts w:asciiTheme="minorEastAsia" w:hAnsiTheme="minorEastAsia" w:hint="eastAsia"/>
                            <w:color w:val="EE0000"/>
                            <w:sz w:val="21"/>
                            <w:szCs w:val="21"/>
                            <w:lang w:eastAsia="ja-JP"/>
                          </w:rPr>
                          <w:t>00</w:t>
                        </w:r>
                      </w:p>
                    </w:txbxContent>
                  </v:textbox>
                </v:shape>
                <v:shape id="テキスト ボックス 2" o:spid="_x0000_s1047" type="#_x0000_t202" style="position:absolute;left:50209;top:56052;width:3753;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" filled="f" stroked="f">
                  <v:textbox>
                    <w:txbxContent>
                      <w:p w14:paraId="685C6B96" w14:textId="77777777" w:rsidR="002A4231" w:rsidRPr="00C71DCE" w:rsidRDefault="002A4231" w:rsidP="002A4231">
                        <w:pPr>
                          <w:jc w:val="center"/>
                          <w:rPr>
                            <w:rFonts w:ascii="ＭＳ 明朝" w:eastAsia="ＭＳ 明朝" w:hAnsi="ＭＳ 明朝"/>
                            <w:color w:val="EE0000"/>
                            <w:sz w:val="21"/>
                            <w:szCs w:val="21"/>
                          </w:rPr>
                        </w:pPr>
                        <w:r w:rsidRPr="00C71DCE">
                          <w:rPr>
                            <w:rFonts w:ascii="ＭＳ 明朝" w:eastAsia="ＭＳ 明朝" w:hAnsi="ＭＳ 明朝" w:hint="eastAsia"/>
                            <w:color w:val="EE0000"/>
                            <w:sz w:val="21"/>
                            <w:szCs w:val="21"/>
                            <w:lang w:eastAsia="ja-JP"/>
                          </w:rPr>
                          <w:t>00</w:t>
                        </w:r>
                      </w:p>
                    </w:txbxContent>
                  </v:textbox>
                </v:shape>
                <v:shape id="テキスト ボックス 2" o:spid="_x0000_s1048" type="#_x0000_t202" style="position:absolute;left:34051;top:14330;width:2866;height:2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" filled="f" stroked="f">
                  <v:textbox>
                    <w:txbxContent>
                      <w:p w14:paraId="0AFC0E4E" w14:textId="77777777" w:rsidR="001D3172" w:rsidRPr="002130FE" w:rsidRDefault="001D3172" w:rsidP="001D3172">
                        <w:pPr>
                          <w:rPr>
                            <w:color w:val="EE0000"/>
                            <w:sz w:val="21"/>
                            <w:szCs w:val="21"/>
                          </w:rPr>
                        </w:pPr>
                        <w:r w:rsidRPr="002130FE">
                          <w:rPr>
                            <w:rFonts w:hint="eastAsia"/>
                            <w:color w:val="EE0000"/>
                            <w:sz w:val="21"/>
                            <w:szCs w:val="21"/>
                            <w:lang w:eastAsia="ja-JP"/>
                          </w:rPr>
                          <w:t>✓</w:t>
                        </w:r>
                      </w:p>
                    </w:txbxContent>
                  </v:textbox>
                </v:shape>
                <v:shape id="テキスト ボックス 2" o:spid="_x0000_s1049" type="#_x0000_t202" style="position:absolute;left:17537;top:73247;width:49096;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" filled="f" stroked="f">
                  <v:textbox>
                    <w:txbxContent>
                      <w:p w14:paraId="248DBE2B" w14:textId="00621A4C" w:rsidR="009013EF" w:rsidRPr="00C8170C" w:rsidRDefault="00F32208" w:rsidP="00315883">
                        <w:pPr>
                          <w:pStyle w:val="a9"/>
                          <w:rPr>
                            <w:color w:val="EE0000"/>
                            <w:sz w:val="21"/>
                            <w:szCs w:val="21"/>
                            <w:lang w:eastAsia="ja-JP"/>
                          </w:rPr>
                        </w:pPr>
                        <w:r w:rsidRPr="00F32208">
                          <w:rPr>
                            <w:rFonts w:hint="eastAsia"/>
                            <w:color w:val="EE0000"/>
                            <w:sz w:val="21"/>
                            <w:szCs w:val="21"/>
                            <w:lang w:eastAsia="ja-JP"/>
                          </w:rPr>
                          <w:t>キッチンカーによるクレープの製造販売（イベント会場・商業施設・オフィス街等での移動販売）。仕込みは自宅（または〇〇仕込み施設）で実施。</w:t>
                        </w:r>
                      </w:p>
                    </w:txbxContent>
                  </v:textbox>
                </v:shape>
                <v:shape id="テキスト ボックス 2" o:spid="_x0000_s1050" type="#_x0000_t202" style="position:absolute;left:30639;top:53772;width:2866;height:2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" filled="f" stroked="f">
                  <v:textbox>
                    <w:txbxContent>
                      <w:p w14:paraId="75D5BB0E" w14:textId="77777777" w:rsidR="00A61D04" w:rsidRPr="002130FE" w:rsidRDefault="00A61D04" w:rsidP="00A61D04">
                        <w:pPr>
                          <w:rPr>
                            <w:color w:val="EE0000"/>
                            <w:sz w:val="21"/>
                            <w:szCs w:val="21"/>
                          </w:rPr>
                        </w:pPr>
                        <w:r w:rsidRPr="002130FE">
                          <w:rPr>
                            <w:rFonts w:hint="eastAsia"/>
                            <w:color w:val="EE0000"/>
                            <w:sz w:val="21"/>
                            <w:szCs w:val="21"/>
                            <w:lang w:eastAsia="ja-JP"/>
                          </w:rPr>
                          <w:t>✓</w:t>
                        </w:r>
                      </w:p>
                    </w:txbxContent>
                  </v:textbox>
                </v:shape>
                <v:shape id="テキスト ボックス 2" o:spid="_x0000_s1051" type="#_x0000_t202" style="position:absolute;left:55751;top:28865;width:3753;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" filled="f" stroked="f">
                  <v:textbox>
                    <w:txbxContent>
                      <w:p w14:paraId="20D2D9D9" w14:textId="77777777" w:rsidR="00DA0ACB" w:rsidRPr="00234506" w:rsidRDefault="00DA0ACB" w:rsidP="00DA0ACB">
                        <w:pPr>
                          <w:jc w:val="center"/>
                          <w:rPr>
                            <w:rFonts w:asciiTheme="minorEastAsia" w:hAnsiTheme="minorEastAsia"/>
                            <w:color w:val="EE0000"/>
                            <w:sz w:val="21"/>
                            <w:szCs w:val="21"/>
                          </w:rPr>
                        </w:pPr>
                        <w:r w:rsidRPr="00234506">
                          <w:rPr>
                            <w:rFonts w:asciiTheme="minorEastAsia" w:hAnsiTheme="minorEastAsia" w:hint="eastAsia"/>
                            <w:color w:val="EE0000"/>
                            <w:sz w:val="21"/>
                            <w:szCs w:val="21"/>
                            <w:lang w:eastAsia="ja-JP"/>
                          </w:rPr>
                          <w:t>00</w:t>
                        </w:r>
                      </w:p>
                    </w:txbxContent>
                  </v:textbox>
                </v:shape>
                <v:shape id="テキスト ボックス 2" o:spid="_x0000_s1052" type="#_x0000_t202" style="position:absolute;left:58821;top:28865;width:3753;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" filled="f" stroked="f">
                  <v:textbox>
                    <w:txbxContent>
                      <w:p w14:paraId="7D8C6511" w14:textId="77777777" w:rsidR="00DA0ACB" w:rsidRPr="00234506" w:rsidRDefault="00DA0ACB" w:rsidP="00DA0ACB">
                        <w:pPr>
                          <w:jc w:val="center"/>
                          <w:rPr>
                            <w:rFonts w:asciiTheme="minorEastAsia" w:hAnsiTheme="minorEastAsia"/>
                            <w:color w:val="EE0000"/>
                            <w:sz w:val="21"/>
                            <w:szCs w:val="21"/>
                          </w:rPr>
                        </w:pPr>
                        <w:r w:rsidRPr="00234506">
                          <w:rPr>
                            <w:rFonts w:asciiTheme="minorEastAsia" w:hAnsiTheme="minorEastAsia" w:hint="eastAsia"/>
                            <w:color w:val="EE0000"/>
                            <w:sz w:val="21"/>
                            <w:szCs w:val="21"/>
                            <w:lang w:eastAsia="ja-JP"/>
                          </w:rPr>
                          <w:t>00</w:t>
                        </w:r>
                      </w:p>
                    </w:txbxContent>
                  </v:textbox>
                </v:shape>
                <v:shape id="テキスト ボックス 2" o:spid="_x0000_s1053" type="#_x0000_t202" style="position:absolute;left:61414;top:28796;width:3754;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" filled="f" stroked="f">
                  <v:textbox>
                    <w:txbxContent>
                      <w:p w14:paraId="4BA1661B" w14:textId="77777777" w:rsidR="00DA0ACB" w:rsidRPr="00234506" w:rsidRDefault="00DA0ACB" w:rsidP="00DA0ACB">
                        <w:pPr>
                          <w:jc w:val="center"/>
                          <w:rPr>
                            <w:rFonts w:asciiTheme="minorEastAsia" w:hAnsiTheme="minorEastAsia"/>
                            <w:color w:val="EE0000"/>
                            <w:sz w:val="21"/>
                            <w:szCs w:val="21"/>
                          </w:rPr>
                        </w:pPr>
                        <w:r w:rsidRPr="00234506">
                          <w:rPr>
                            <w:rFonts w:asciiTheme="minorEastAsia" w:hAnsiTheme="minorEastAsia" w:hint="eastAsia"/>
                            <w:color w:val="EE0000"/>
                            <w:sz w:val="21"/>
                            <w:szCs w:val="21"/>
                            <w:lang w:eastAsia="ja-JP"/>
                          </w:rPr>
                          <w:t>00</w:t>
                        </w:r>
                      </w:p>
                    </w:txbxContent>
                  </v:textbox>
                </v:shape>
                <w10:wrap anchorx="page"/>
              </v:group>
            </w:pict>
          </mc:Fallback>
        </mc:AlternateContent>
      </w:r>
    </w:p>
    <w:p w14:paraId="5FD87117" w14:textId="5D28B8B4" w:rsidR="00A61D04" w:rsidRPr="00BB6410" w:rsidRDefault="00A61D04" w:rsidP="00BF4CCA">
      <w:pPr>
        <w:ind w:leftChars="-386" w:left="-849" w:firstLine="1"/>
        <w:jc w:val="center"/>
        <w:rPr>
          <w:rFonts w:asciiTheme="minorEastAsia" w:hAnsiTheme="minorEastAsia"/>
          <w:lang w:eastAsia="ja-JP"/>
        </w:rPr>
      </w:pPr>
    </w:p>
    <w:p w14:paraId="39B94167" w14:textId="77777777" w:rsidR="00A61D04" w:rsidRPr="00BB6410" w:rsidRDefault="00A61D04" w:rsidP="00BF4CCA">
      <w:pPr>
        <w:ind w:leftChars="-386" w:left="-849" w:firstLine="1"/>
        <w:jc w:val="center"/>
        <w:rPr>
          <w:rFonts w:asciiTheme="minorEastAsia" w:hAnsiTheme="minorEastAsia"/>
          <w:lang w:eastAsia="ja-JP"/>
        </w:rPr>
      </w:pPr>
    </w:p>
    <w:p w14:paraId="3B14E123" w14:textId="0EBBCE59" w:rsidR="00A61D04" w:rsidRPr="00BB6410" w:rsidRDefault="00A61D04" w:rsidP="00BF4CCA">
      <w:pPr>
        <w:ind w:leftChars="-386" w:left="-849" w:firstLine="1"/>
        <w:jc w:val="center"/>
        <w:rPr>
          <w:rFonts w:asciiTheme="minorEastAsia" w:hAnsiTheme="minorEastAsia"/>
          <w:lang w:eastAsia="ja-JP"/>
        </w:rPr>
      </w:pPr>
    </w:p>
    <w:p w14:paraId="49C9DCA8" w14:textId="0336B03A" w:rsidR="00A61D04" w:rsidRPr="00BB6410" w:rsidRDefault="00A61D04" w:rsidP="00BF4CCA">
      <w:pPr>
        <w:ind w:leftChars="-386" w:left="-849" w:firstLine="1"/>
        <w:jc w:val="center"/>
        <w:rPr>
          <w:rFonts w:asciiTheme="minorEastAsia" w:hAnsiTheme="minorEastAsia"/>
          <w:lang w:eastAsia="ja-JP"/>
        </w:rPr>
      </w:pPr>
    </w:p>
    <w:p w14:paraId="3B080170" w14:textId="3B1B9993" w:rsidR="00A61D04" w:rsidRPr="00BB6410" w:rsidRDefault="00A61D04" w:rsidP="00BF4CCA">
      <w:pPr>
        <w:ind w:leftChars="-386" w:left="-849" w:firstLine="1"/>
        <w:jc w:val="center"/>
        <w:rPr>
          <w:rFonts w:asciiTheme="minorEastAsia" w:hAnsiTheme="minorEastAsia"/>
          <w:lang w:eastAsia="ja-JP"/>
        </w:rPr>
      </w:pPr>
    </w:p>
    <w:p w14:paraId="5C416C5A" w14:textId="17F78E58" w:rsidR="00A61D04" w:rsidRPr="00BB6410" w:rsidRDefault="00A61D04" w:rsidP="00BF4CCA">
      <w:pPr>
        <w:ind w:leftChars="-386" w:left="-849" w:firstLine="1"/>
        <w:jc w:val="center"/>
        <w:rPr>
          <w:rFonts w:asciiTheme="minorEastAsia" w:hAnsiTheme="minorEastAsia"/>
          <w:lang w:eastAsia="ja-JP"/>
        </w:rPr>
      </w:pPr>
    </w:p>
    <w:p w14:paraId="2DAFD683" w14:textId="5E0666F1" w:rsidR="00A61D04" w:rsidRPr="00BB6410" w:rsidRDefault="00A61D04" w:rsidP="00BF4CCA">
      <w:pPr>
        <w:ind w:leftChars="-386" w:left="-849" w:firstLine="1"/>
        <w:jc w:val="center"/>
        <w:rPr>
          <w:rFonts w:asciiTheme="minorEastAsia" w:hAnsiTheme="minorEastAsia"/>
          <w:lang w:eastAsia="ja-JP"/>
        </w:rPr>
      </w:pPr>
    </w:p>
    <w:p w14:paraId="1DE3748E" w14:textId="28D1D002" w:rsidR="00A61D04" w:rsidRPr="00BB6410" w:rsidRDefault="00A61D04" w:rsidP="00BF4CCA">
      <w:pPr>
        <w:ind w:leftChars="-386" w:left="-849" w:firstLine="1"/>
        <w:jc w:val="center"/>
        <w:rPr>
          <w:rFonts w:asciiTheme="minorEastAsia" w:hAnsiTheme="minorEastAsia"/>
          <w:lang w:eastAsia="ja-JP"/>
        </w:rPr>
      </w:pPr>
    </w:p>
    <w:p w14:paraId="747E5C7A" w14:textId="10ABFD2D" w:rsidR="00A61D04" w:rsidRPr="00BB6410" w:rsidRDefault="00A61D04" w:rsidP="00BF4CCA">
      <w:pPr>
        <w:ind w:leftChars="-386" w:left="-849" w:firstLine="1"/>
        <w:jc w:val="center"/>
        <w:rPr>
          <w:rFonts w:asciiTheme="minorEastAsia" w:hAnsiTheme="minorEastAsia"/>
          <w:lang w:eastAsia="ja-JP"/>
        </w:rPr>
      </w:pPr>
    </w:p>
    <w:p w14:paraId="7FB20607" w14:textId="0E48A624" w:rsidR="00A61D04" w:rsidRPr="00BB6410" w:rsidRDefault="00A61D04" w:rsidP="00BF4CCA">
      <w:pPr>
        <w:ind w:leftChars="-386" w:left="-849" w:firstLine="1"/>
        <w:jc w:val="center"/>
        <w:rPr>
          <w:rFonts w:asciiTheme="minorEastAsia" w:hAnsiTheme="minorEastAsia"/>
          <w:lang w:eastAsia="ja-JP"/>
        </w:rPr>
      </w:pPr>
    </w:p>
    <w:p w14:paraId="2D7A8301" w14:textId="57AE1A73" w:rsidR="00A61D04" w:rsidRPr="00BB6410" w:rsidRDefault="00A61D04" w:rsidP="00BF4CCA">
      <w:pPr>
        <w:ind w:leftChars="-386" w:left="-849" w:firstLine="1"/>
        <w:jc w:val="center"/>
        <w:rPr>
          <w:rFonts w:asciiTheme="minorEastAsia" w:hAnsiTheme="minorEastAsia"/>
          <w:lang w:eastAsia="ja-JP"/>
        </w:rPr>
      </w:pPr>
    </w:p>
    <w:p w14:paraId="3EF8171E" w14:textId="72DE70A1" w:rsidR="00A61D04" w:rsidRPr="00BB6410" w:rsidRDefault="00A61D04" w:rsidP="00BF4CCA">
      <w:pPr>
        <w:ind w:leftChars="-386" w:left="-849" w:firstLine="1"/>
        <w:jc w:val="center"/>
        <w:rPr>
          <w:rFonts w:asciiTheme="minorEastAsia" w:hAnsiTheme="minorEastAsia"/>
          <w:lang w:eastAsia="ja-JP"/>
        </w:rPr>
      </w:pPr>
    </w:p>
    <w:p w14:paraId="47705E24" w14:textId="195299B4" w:rsidR="00A61D04" w:rsidRPr="00BB6410" w:rsidRDefault="00A61D04" w:rsidP="00BF4CCA">
      <w:pPr>
        <w:ind w:leftChars="-386" w:left="-849" w:firstLine="1"/>
        <w:jc w:val="center"/>
        <w:rPr>
          <w:rFonts w:asciiTheme="minorEastAsia" w:hAnsiTheme="minorEastAsia"/>
          <w:lang w:eastAsia="ja-JP"/>
        </w:rPr>
      </w:pPr>
    </w:p>
    <w:p w14:paraId="54D25AF9" w14:textId="6BD377DF" w:rsidR="00A61D04" w:rsidRPr="00BB6410" w:rsidRDefault="00A61D04" w:rsidP="00BF4CCA">
      <w:pPr>
        <w:ind w:leftChars="-386" w:left="-849" w:firstLine="1"/>
        <w:jc w:val="center"/>
        <w:rPr>
          <w:rFonts w:asciiTheme="minorEastAsia" w:hAnsiTheme="minorEastAsia"/>
          <w:lang w:eastAsia="ja-JP"/>
        </w:rPr>
      </w:pPr>
    </w:p>
    <w:p w14:paraId="7BB4CF6E" w14:textId="0C61AEEF" w:rsidR="00A61D04" w:rsidRPr="00BB6410" w:rsidRDefault="00A61D04" w:rsidP="00BF4CCA">
      <w:pPr>
        <w:ind w:leftChars="-386" w:left="-849" w:firstLine="1"/>
        <w:jc w:val="center"/>
        <w:rPr>
          <w:rFonts w:asciiTheme="minorEastAsia" w:hAnsiTheme="minorEastAsia"/>
          <w:lang w:eastAsia="ja-JP"/>
        </w:rPr>
      </w:pPr>
    </w:p>
    <w:p w14:paraId="64EC2524" w14:textId="0B713417" w:rsidR="00A61D04" w:rsidRPr="00BB6410" w:rsidRDefault="00A61D04" w:rsidP="00BF4CCA">
      <w:pPr>
        <w:ind w:leftChars="-386" w:left="-849" w:firstLine="1"/>
        <w:jc w:val="center"/>
        <w:rPr>
          <w:rFonts w:asciiTheme="minorEastAsia" w:hAnsiTheme="minorEastAsia"/>
          <w:lang w:eastAsia="ja-JP"/>
        </w:rPr>
      </w:pPr>
    </w:p>
    <w:p w14:paraId="56963258" w14:textId="50D064E8" w:rsidR="00A61D04" w:rsidRPr="00BB6410" w:rsidRDefault="00A61D04" w:rsidP="00BF4CCA">
      <w:pPr>
        <w:ind w:leftChars="-386" w:left="-849" w:firstLine="1"/>
        <w:jc w:val="center"/>
        <w:rPr>
          <w:rFonts w:asciiTheme="minorEastAsia" w:hAnsiTheme="minorEastAsia"/>
          <w:lang w:eastAsia="ja-JP"/>
        </w:rPr>
      </w:pPr>
    </w:p>
    <w:p w14:paraId="7D69C265" w14:textId="77777777" w:rsidR="00A61D04" w:rsidRPr="00BB6410" w:rsidRDefault="00A61D04" w:rsidP="00BF4CCA">
      <w:pPr>
        <w:ind w:leftChars="-386" w:left="-849" w:firstLine="1"/>
        <w:jc w:val="center"/>
        <w:rPr>
          <w:rFonts w:asciiTheme="minorEastAsia" w:hAnsiTheme="minorEastAsia"/>
          <w:lang w:eastAsia="ja-JP"/>
        </w:rPr>
      </w:pPr>
    </w:p>
    <w:p w14:paraId="6A43FFB2" w14:textId="77777777" w:rsidR="00A61D04" w:rsidRPr="00BB6410" w:rsidRDefault="00A61D04" w:rsidP="00BF4CCA">
      <w:pPr>
        <w:ind w:leftChars="-386" w:left="-849" w:firstLine="1"/>
        <w:jc w:val="center"/>
        <w:rPr>
          <w:rFonts w:asciiTheme="minorEastAsia" w:hAnsiTheme="minorEastAsia"/>
          <w:lang w:eastAsia="ja-JP"/>
        </w:rPr>
      </w:pPr>
    </w:p>
    <w:p w14:paraId="3B399DB3" w14:textId="13F1CBDD" w:rsidR="00A61D04" w:rsidRPr="00BB6410" w:rsidRDefault="00A61D04" w:rsidP="00BF4CCA">
      <w:pPr>
        <w:ind w:leftChars="-386" w:left="-849" w:firstLine="1"/>
        <w:jc w:val="center"/>
        <w:rPr>
          <w:rFonts w:asciiTheme="minorEastAsia" w:hAnsiTheme="minorEastAsia"/>
          <w:lang w:eastAsia="ja-JP"/>
        </w:rPr>
      </w:pPr>
    </w:p>
    <w:p w14:paraId="055C58D2" w14:textId="25BE89CA" w:rsidR="00A61D04" w:rsidRPr="00BB6410" w:rsidRDefault="00A61D04" w:rsidP="00BF4CCA">
      <w:pPr>
        <w:ind w:leftChars="-386" w:left="-849" w:firstLine="1"/>
        <w:jc w:val="center"/>
        <w:rPr>
          <w:rFonts w:asciiTheme="minorEastAsia" w:hAnsiTheme="minorEastAsia"/>
          <w:lang w:eastAsia="ja-JP"/>
        </w:rPr>
      </w:pPr>
    </w:p>
    <w:p w14:paraId="11FA146C" w14:textId="45E48381" w:rsidR="00A61D04" w:rsidRPr="00BB6410" w:rsidRDefault="00A61D04" w:rsidP="00BF4CCA">
      <w:pPr>
        <w:ind w:leftChars="-386" w:left="-849" w:firstLine="1"/>
        <w:jc w:val="center"/>
        <w:rPr>
          <w:rFonts w:asciiTheme="minorEastAsia" w:hAnsiTheme="minorEastAsia"/>
          <w:lang w:eastAsia="ja-JP"/>
        </w:rPr>
      </w:pPr>
    </w:p>
    <w:p w14:paraId="6AA8AAC2" w14:textId="1EB12DC8" w:rsidR="00A61D04" w:rsidRPr="00BB6410" w:rsidRDefault="00A61D04" w:rsidP="00BF4CCA">
      <w:pPr>
        <w:ind w:leftChars="-386" w:left="-849" w:firstLine="1"/>
        <w:jc w:val="center"/>
        <w:rPr>
          <w:rFonts w:asciiTheme="minorEastAsia" w:hAnsiTheme="minorEastAsia"/>
          <w:lang w:eastAsia="ja-JP"/>
        </w:rPr>
      </w:pPr>
    </w:p>
    <w:p w14:paraId="4F61A788" w14:textId="77777777" w:rsidR="00A61D04" w:rsidRPr="00BB6410" w:rsidRDefault="00A61D04" w:rsidP="00BF4CCA">
      <w:pPr>
        <w:ind w:leftChars="-386" w:left="-849" w:firstLine="1"/>
        <w:jc w:val="center"/>
        <w:rPr>
          <w:rFonts w:asciiTheme="minorEastAsia" w:hAnsiTheme="minorEastAsia"/>
          <w:lang w:eastAsia="ja-JP"/>
        </w:rPr>
      </w:pPr>
    </w:p>
    <w:p w14:paraId="6C7412F1" w14:textId="1F77AFE9" w:rsidR="00A61D04" w:rsidRPr="00BB6410" w:rsidRDefault="00A61D04" w:rsidP="00BF4CCA">
      <w:pPr>
        <w:ind w:leftChars="-386" w:left="-849" w:firstLine="1"/>
        <w:jc w:val="center"/>
        <w:rPr>
          <w:rFonts w:asciiTheme="minorEastAsia" w:hAnsiTheme="minorEastAsia"/>
          <w:lang w:eastAsia="ja-JP"/>
        </w:rPr>
      </w:pPr>
    </w:p>
    <w:p w14:paraId="093A9137" w14:textId="17964B9C" w:rsidR="00A61D04" w:rsidRPr="00BB6410" w:rsidRDefault="00A61D04" w:rsidP="00BF4CCA">
      <w:pPr>
        <w:ind w:leftChars="-386" w:left="-849" w:firstLine="1"/>
        <w:jc w:val="center"/>
        <w:rPr>
          <w:rFonts w:asciiTheme="minorEastAsia" w:hAnsiTheme="minorEastAsia"/>
          <w:lang w:eastAsia="ja-JP"/>
        </w:rPr>
      </w:pPr>
    </w:p>
    <w:p w14:paraId="36B9F500" w14:textId="1AAF6D24" w:rsidR="00A61D04" w:rsidRPr="00BB6410" w:rsidRDefault="00A61D04" w:rsidP="00BF4CCA">
      <w:pPr>
        <w:ind w:leftChars="-386" w:left="-849" w:firstLine="1"/>
        <w:jc w:val="center"/>
        <w:rPr>
          <w:rFonts w:asciiTheme="minorEastAsia" w:hAnsiTheme="minorEastAsia"/>
          <w:lang w:eastAsia="ja-JP"/>
        </w:rPr>
      </w:pPr>
    </w:p>
    <w:p w14:paraId="5FD14B3D" w14:textId="52D3ABFB" w:rsidR="00A61D04" w:rsidRPr="00BB6410" w:rsidRDefault="00A61D04" w:rsidP="00BF4CCA">
      <w:pPr>
        <w:ind w:leftChars="-386" w:left="-849" w:firstLine="1"/>
        <w:jc w:val="center"/>
        <w:rPr>
          <w:rFonts w:asciiTheme="minorEastAsia" w:hAnsiTheme="minorEastAsia"/>
          <w:lang w:eastAsia="ja-JP"/>
        </w:rPr>
      </w:pPr>
    </w:p>
    <w:p w14:paraId="6CCF7F62" w14:textId="77777777" w:rsidR="00A61D04" w:rsidRPr="00BB6410" w:rsidRDefault="00A61D04" w:rsidP="00BF4CCA">
      <w:pPr>
        <w:ind w:leftChars="-386" w:left="-849" w:firstLine="1"/>
        <w:jc w:val="center"/>
        <w:rPr>
          <w:rFonts w:asciiTheme="minorEastAsia" w:hAnsiTheme="minorEastAsia"/>
          <w:lang w:eastAsia="ja-JP"/>
        </w:rPr>
      </w:pPr>
    </w:p>
    <w:p w14:paraId="6CFF6754" w14:textId="77777777" w:rsidR="00A61D04" w:rsidRPr="00BB6410" w:rsidRDefault="00A61D04" w:rsidP="00BF4CCA">
      <w:pPr>
        <w:ind w:leftChars="-386" w:left="-849" w:firstLine="1"/>
        <w:jc w:val="center"/>
        <w:rPr>
          <w:rFonts w:asciiTheme="minorEastAsia" w:hAnsiTheme="minorEastAsia"/>
          <w:lang w:eastAsia="ja-JP"/>
        </w:rPr>
      </w:pPr>
    </w:p>
    <w:p w14:paraId="387F2D4E" w14:textId="77777777" w:rsidR="00A61D04" w:rsidRPr="00BB6410" w:rsidRDefault="00A61D04" w:rsidP="00BF4CCA">
      <w:pPr>
        <w:ind w:leftChars="-386" w:left="-849" w:firstLine="1"/>
        <w:jc w:val="center"/>
        <w:rPr>
          <w:rFonts w:asciiTheme="minorEastAsia" w:hAnsiTheme="minorEastAsia"/>
          <w:lang w:eastAsia="ja-JP"/>
        </w:rPr>
      </w:pPr>
    </w:p>
    <w:p w14:paraId="678D898C" w14:textId="77777777" w:rsidR="00A61D04" w:rsidRPr="00BB6410" w:rsidRDefault="00A61D04" w:rsidP="00BF4CCA">
      <w:pPr>
        <w:ind w:leftChars="-386" w:left="-849" w:firstLine="1"/>
        <w:jc w:val="center"/>
        <w:rPr>
          <w:rFonts w:asciiTheme="minorEastAsia" w:hAnsiTheme="minorEastAsia"/>
          <w:lang w:eastAsia="ja-JP"/>
        </w:rPr>
      </w:pPr>
    </w:p>
    <w:p w14:paraId="03094459" w14:textId="77777777" w:rsidR="00A61D04" w:rsidRPr="00BB6410" w:rsidRDefault="00A61D04" w:rsidP="00BF4CCA">
      <w:pPr>
        <w:ind w:leftChars="-386" w:left="-849" w:firstLine="1"/>
        <w:jc w:val="center"/>
        <w:rPr>
          <w:rFonts w:asciiTheme="minorEastAsia" w:hAnsiTheme="minorEastAsia"/>
          <w:lang w:eastAsia="ja-JP"/>
        </w:rPr>
      </w:pPr>
    </w:p>
    <w:p w14:paraId="45E78615" w14:textId="27C744B8" w:rsidR="00A61D04" w:rsidRPr="00BB6410" w:rsidRDefault="00A61D04" w:rsidP="001A4B05">
      <w:pPr>
        <w:ind w:leftChars="385" w:left="849" w:rightChars="385" w:right="847" w:hanging="2"/>
        <w:rPr>
          <w:rFonts w:asciiTheme="minorEastAsia" w:hAnsiTheme="minorEastAsia"/>
          <w:lang w:eastAsia="ja-JP"/>
        </w:rPr>
      </w:pPr>
    </w:p>
    <w:p w14:paraId="3BE85D44" w14:textId="77777777" w:rsidR="00D70022" w:rsidRPr="00BB6410" w:rsidRDefault="00D70022" w:rsidP="001A4B05">
      <w:pPr>
        <w:ind w:leftChars="385" w:left="849" w:rightChars="385" w:right="847" w:hanging="2"/>
        <w:rPr>
          <w:rFonts w:asciiTheme="minorEastAsia" w:hAnsiTheme="minorEastAsia"/>
          <w:lang w:eastAsia="ja-JP"/>
        </w:rPr>
      </w:pPr>
    </w:p>
    <w:p w14:paraId="04F6E147" w14:textId="3651C77B" w:rsidR="00D70022" w:rsidRPr="00BB6410" w:rsidRDefault="0055465E" w:rsidP="00D70022">
      <w:pPr>
        <w:tabs>
          <w:tab w:val="left" w:pos="1470"/>
        </w:tabs>
        <w:ind w:leftChars="386" w:left="849" w:rightChars="385" w:right="847" w:firstLine="2"/>
        <w:jc w:val="center"/>
        <w:rPr>
          <w:rFonts w:asciiTheme="minorEastAsia" w:hAnsiTheme="minorEastAsia"/>
          <w:b/>
          <w:bCs/>
          <w:sz w:val="32"/>
          <w:szCs w:val="32"/>
          <w:lang w:eastAsia="ja-JP"/>
        </w:rPr>
      </w:pPr>
      <w:r w:rsidRPr="00BB6410">
        <w:rPr>
          <w:rFonts w:asciiTheme="minorEastAsia" w:hAnsiTheme="minorEastAsia" w:hint="eastAsia"/>
          <w:b/>
          <w:bCs/>
          <w:sz w:val="32"/>
          <w:szCs w:val="32"/>
          <w:lang w:eastAsia="ja-JP"/>
        </w:rPr>
        <w:t>開業届</w:t>
      </w:r>
      <w:r w:rsidR="00D70022" w:rsidRPr="00BB6410">
        <w:rPr>
          <w:rFonts w:asciiTheme="minorEastAsia" w:hAnsiTheme="minorEastAsia" w:hint="eastAsia"/>
          <w:b/>
          <w:bCs/>
          <w:sz w:val="32"/>
          <w:szCs w:val="32"/>
          <w:lang w:eastAsia="ja-JP"/>
        </w:rPr>
        <w:t>提出前チェックリスト</w:t>
      </w:r>
    </w:p>
    <w:p w14:paraId="514F24E7" w14:textId="77777777" w:rsidR="00D70022" w:rsidRPr="00BB6410" w:rsidRDefault="00D70022" w:rsidP="00D70022">
      <w:pPr>
        <w:tabs>
          <w:tab w:val="left" w:pos="1470"/>
        </w:tabs>
        <w:ind w:leftChars="386" w:left="849" w:rightChars="385" w:right="847" w:firstLine="2"/>
        <w:rPr>
          <w:rFonts w:asciiTheme="minorEastAsia" w:hAnsiTheme="minorEastAsia"/>
          <w:lang w:eastAsia="ja-JP"/>
        </w:rPr>
      </w:pPr>
    </w:p>
    <w:p w14:paraId="2B8C57D3" w14:textId="77777777" w:rsidR="00D70022" w:rsidRPr="00BB6410" w:rsidRDefault="00D70022" w:rsidP="00D70022">
      <w:pPr>
        <w:tabs>
          <w:tab w:val="left" w:pos="1470"/>
        </w:tabs>
        <w:ind w:leftChars="386" w:left="849" w:rightChars="385" w:right="847" w:firstLine="2"/>
        <w:rPr>
          <w:rFonts w:asciiTheme="minorEastAsia" w:hAnsiTheme="minorEastAsia"/>
          <w:lang w:eastAsia="ja-JP"/>
        </w:rPr>
      </w:pPr>
    </w:p>
    <w:p w14:paraId="7332E3F1" w14:textId="6447A4DB" w:rsidR="00D70022" w:rsidRPr="00BB6410" w:rsidRDefault="00D70022" w:rsidP="00D70022">
      <w:pPr>
        <w:tabs>
          <w:tab w:val="left" w:pos="1470"/>
        </w:tabs>
        <w:ind w:leftChars="386" w:left="849" w:rightChars="385" w:right="847" w:firstLine="2"/>
        <w:rPr>
          <w:rFonts w:asciiTheme="minorEastAsia" w:hAnsiTheme="minorEastAsia"/>
          <w:lang w:eastAsia="ja-JP"/>
        </w:rPr>
      </w:pPr>
      <w:r w:rsidRPr="00BB6410">
        <w:rPr>
          <w:rFonts w:asciiTheme="minorEastAsia" w:hAnsiTheme="minorEastAsia" w:cs="Segoe UI Symbol"/>
          <w:lang w:eastAsia="ja-JP"/>
        </w:rPr>
        <w:t>☐</w:t>
      </w:r>
      <w:r w:rsidRPr="00BB6410">
        <w:rPr>
          <w:rFonts w:asciiTheme="minorEastAsia" w:hAnsiTheme="minorEastAsia"/>
          <w:lang w:eastAsia="ja-JP"/>
        </w:rPr>
        <w:t xml:space="preserve"> </w:t>
      </w:r>
      <w:r w:rsidRPr="00BB6410">
        <w:rPr>
          <w:rFonts w:asciiTheme="minorEastAsia" w:hAnsiTheme="minorEastAsia" w:hint="eastAsia"/>
          <w:lang w:eastAsia="ja-JP"/>
        </w:rPr>
        <w:t>開業届の「提出日」は提出する日付になっている</w:t>
      </w:r>
    </w:p>
    <w:p w14:paraId="1B1EFF07" w14:textId="77777777" w:rsidR="000678F8" w:rsidRPr="00BB6410" w:rsidRDefault="00D70022" w:rsidP="00D70022">
      <w:pPr>
        <w:tabs>
          <w:tab w:val="left" w:pos="1470"/>
        </w:tabs>
        <w:ind w:leftChars="386" w:left="849" w:rightChars="385" w:right="847" w:firstLine="2"/>
        <w:rPr>
          <w:rFonts w:asciiTheme="minorEastAsia" w:hAnsiTheme="minorEastAsia" w:cs="Segoe UI Symbol"/>
          <w:lang w:eastAsia="ja-JP"/>
        </w:rPr>
      </w:pPr>
      <w:r w:rsidRPr="00BB6410">
        <w:rPr>
          <w:rFonts w:asciiTheme="minorEastAsia" w:hAnsiTheme="minorEastAsia" w:cs="Segoe UI Symbol"/>
          <w:lang w:eastAsia="ja-JP"/>
        </w:rPr>
        <w:t>☐</w:t>
      </w:r>
      <w:r w:rsidRPr="00BB6410">
        <w:rPr>
          <w:rFonts w:asciiTheme="minorEastAsia" w:hAnsiTheme="minorEastAsia"/>
          <w:lang w:eastAsia="ja-JP"/>
        </w:rPr>
        <w:t xml:space="preserve"> </w:t>
      </w:r>
      <w:r w:rsidR="000678F8" w:rsidRPr="00BB6410">
        <w:rPr>
          <w:rFonts w:asciiTheme="minorEastAsia" w:hAnsiTheme="minorEastAsia" w:cs="Segoe UI Symbol" w:hint="eastAsia"/>
          <w:lang w:eastAsia="ja-JP"/>
        </w:rPr>
        <w:t>納税地（住所地／居所地／事業所等）を選び、住所・電話番号を記入した</w:t>
      </w:r>
    </w:p>
    <w:p w14:paraId="000305EC" w14:textId="6A1DFA7A" w:rsidR="00946916" w:rsidRPr="00BB6410" w:rsidRDefault="00D70022" w:rsidP="00D70022">
      <w:pPr>
        <w:tabs>
          <w:tab w:val="left" w:pos="1470"/>
        </w:tabs>
        <w:ind w:leftChars="386" w:left="849" w:rightChars="385" w:right="847" w:firstLine="2"/>
        <w:rPr>
          <w:rFonts w:asciiTheme="minorEastAsia" w:hAnsiTheme="minorEastAsia"/>
          <w:lang w:eastAsia="ja-JP"/>
        </w:rPr>
      </w:pPr>
      <w:r w:rsidRPr="00BB6410">
        <w:rPr>
          <w:rFonts w:asciiTheme="minorEastAsia" w:hAnsiTheme="minorEastAsia" w:cs="Segoe UI Symbol"/>
          <w:lang w:eastAsia="ja-JP"/>
        </w:rPr>
        <w:t>☐</w:t>
      </w:r>
      <w:r w:rsidR="00F32208" w:rsidRPr="00BB6410">
        <w:rPr>
          <w:rFonts w:asciiTheme="minorEastAsia" w:hAnsiTheme="minorEastAsia" w:cs="Segoe UI Symbol" w:hint="eastAsia"/>
          <w:lang w:eastAsia="ja-JP"/>
        </w:rPr>
        <w:t xml:space="preserve"> </w:t>
      </w:r>
      <w:r w:rsidR="00F32208" w:rsidRPr="00BB6410">
        <w:rPr>
          <w:rFonts w:asciiTheme="minorEastAsia" w:hAnsiTheme="minorEastAsia" w:hint="eastAsia"/>
          <w:lang w:eastAsia="ja-JP"/>
        </w:rPr>
        <w:t>仕込み施設や固定拠点がある場合、「上記以外の住所地・事業所等」欄の記入要否を確認した</w:t>
      </w:r>
    </w:p>
    <w:p w14:paraId="189D08FB" w14:textId="5B1DDB2D" w:rsidR="00C8170C" w:rsidRPr="00BB6410" w:rsidRDefault="00BE3178" w:rsidP="00D70022">
      <w:pPr>
        <w:tabs>
          <w:tab w:val="left" w:pos="1470"/>
        </w:tabs>
        <w:ind w:leftChars="386" w:left="849" w:rightChars="385" w:right="847" w:firstLine="2"/>
        <w:rPr>
          <w:rFonts w:asciiTheme="minorEastAsia" w:hAnsiTheme="minorEastAsia" w:cs="Segoe UI Symbol"/>
          <w:lang w:eastAsia="ja-JP"/>
        </w:rPr>
      </w:pPr>
      <w:r w:rsidRPr="00BB6410">
        <w:rPr>
          <w:rFonts w:asciiTheme="minorEastAsia" w:hAnsiTheme="minorEastAsia" w:cs="Segoe UI Symbol"/>
          <w:lang w:eastAsia="ja-JP"/>
        </w:rPr>
        <w:t>☐</w:t>
      </w:r>
      <w:r w:rsidR="00F32208" w:rsidRPr="00BB6410">
        <w:rPr>
          <w:rFonts w:asciiTheme="minorEastAsia" w:hAnsiTheme="minorEastAsia"/>
          <w:lang w:eastAsia="ja-JP"/>
        </w:rPr>
        <w:t>「職業」「事業の概要」がクレープ移動販売の内容になっている（許可証と矛盾しない）</w:t>
      </w:r>
    </w:p>
    <w:p w14:paraId="0594E240" w14:textId="369CF535" w:rsidR="00946916" w:rsidRPr="00BB6410" w:rsidRDefault="00BE3178" w:rsidP="00D70022">
      <w:pPr>
        <w:tabs>
          <w:tab w:val="left" w:pos="1470"/>
        </w:tabs>
        <w:ind w:leftChars="386" w:left="849" w:rightChars="385" w:right="847" w:firstLine="2"/>
        <w:rPr>
          <w:rFonts w:asciiTheme="minorEastAsia" w:hAnsiTheme="minorEastAsia" w:cs="Segoe UI Symbol"/>
          <w:lang w:eastAsia="ja-JP"/>
        </w:rPr>
      </w:pPr>
      <w:r w:rsidRPr="00BB6410">
        <w:rPr>
          <w:rFonts w:asciiTheme="minorEastAsia" w:hAnsiTheme="minorEastAsia" w:cs="Segoe UI Symbol"/>
          <w:lang w:eastAsia="ja-JP"/>
        </w:rPr>
        <w:t>☐</w:t>
      </w:r>
      <w:r w:rsidR="00B773FF" w:rsidRPr="00BB6410">
        <w:rPr>
          <w:rFonts w:asciiTheme="minorEastAsia" w:hAnsiTheme="minorEastAsia" w:cs="Segoe UI Symbol" w:hint="eastAsia"/>
          <w:lang w:eastAsia="ja-JP"/>
        </w:rPr>
        <w:t xml:space="preserve"> 開業日（有料でサービス提供を開始した日）を決めた。プレオープン等の有無も整理した</w:t>
      </w:r>
    </w:p>
    <w:p w14:paraId="6ACCE5FC" w14:textId="5758D29E" w:rsidR="00D70022" w:rsidRPr="00BB6410" w:rsidRDefault="00D70022" w:rsidP="00D70022">
      <w:pPr>
        <w:tabs>
          <w:tab w:val="left" w:pos="1470"/>
        </w:tabs>
        <w:ind w:leftChars="386" w:left="849" w:rightChars="385" w:right="847" w:firstLine="2"/>
        <w:rPr>
          <w:rFonts w:asciiTheme="minorEastAsia" w:hAnsiTheme="minorEastAsia"/>
          <w:lang w:eastAsia="ja-JP"/>
        </w:rPr>
      </w:pPr>
      <w:r w:rsidRPr="00BB6410">
        <w:rPr>
          <w:rFonts w:asciiTheme="minorEastAsia" w:hAnsiTheme="minorEastAsia" w:cs="Segoe UI Symbol"/>
          <w:lang w:eastAsia="ja-JP"/>
        </w:rPr>
        <w:t>☐</w:t>
      </w:r>
      <w:r w:rsidRPr="00BB6410">
        <w:rPr>
          <w:rFonts w:asciiTheme="minorEastAsia" w:hAnsiTheme="minorEastAsia"/>
          <w:lang w:eastAsia="ja-JP"/>
        </w:rPr>
        <w:t xml:space="preserve"> </w:t>
      </w:r>
      <w:r w:rsidRPr="00BB6410">
        <w:rPr>
          <w:rFonts w:asciiTheme="minorEastAsia" w:hAnsiTheme="minorEastAsia" w:hint="eastAsia"/>
          <w:lang w:eastAsia="ja-JP"/>
        </w:rPr>
        <w:t>屋号を決めて記入した（任意）</w:t>
      </w:r>
    </w:p>
    <w:p w14:paraId="4A36AD7D" w14:textId="77777777" w:rsidR="000678F8" w:rsidRPr="00BB6410" w:rsidRDefault="000678F8" w:rsidP="000678F8">
      <w:pPr>
        <w:tabs>
          <w:tab w:val="left" w:pos="1470"/>
        </w:tabs>
        <w:ind w:leftChars="386" w:left="849" w:rightChars="385" w:right="847" w:firstLine="2"/>
        <w:rPr>
          <w:rFonts w:asciiTheme="minorEastAsia" w:hAnsiTheme="minorEastAsia" w:cs="Segoe UI Symbol"/>
          <w:lang w:eastAsia="ja-JP"/>
        </w:rPr>
      </w:pPr>
      <w:r w:rsidRPr="00BB6410">
        <w:rPr>
          <w:rFonts w:asciiTheme="minorEastAsia" w:hAnsiTheme="minorEastAsia" w:cs="Segoe UI Symbol"/>
          <w:lang w:eastAsia="ja-JP"/>
        </w:rPr>
        <w:t xml:space="preserve">☐ </w:t>
      </w:r>
      <w:r w:rsidRPr="00BB6410">
        <w:rPr>
          <w:rFonts w:asciiTheme="minorEastAsia" w:hAnsiTheme="minorEastAsia" w:cs="Segoe UI Symbol" w:hint="eastAsia"/>
          <w:lang w:eastAsia="ja-JP"/>
        </w:rPr>
        <w:t>従業員がいない場合、「給与等の支払の状況」は「無」で記入した</w:t>
      </w:r>
    </w:p>
    <w:p w14:paraId="2EAA7CC9" w14:textId="77777777" w:rsidR="000678F8" w:rsidRPr="00BB6410" w:rsidRDefault="000678F8" w:rsidP="000678F8">
      <w:pPr>
        <w:tabs>
          <w:tab w:val="left" w:pos="1470"/>
        </w:tabs>
        <w:ind w:leftChars="386" w:left="849" w:rightChars="385" w:right="847" w:firstLine="2"/>
        <w:rPr>
          <w:rFonts w:asciiTheme="minorEastAsia" w:hAnsiTheme="minorEastAsia" w:cs="Segoe UI Symbol"/>
          <w:lang w:eastAsia="ja-JP"/>
        </w:rPr>
      </w:pPr>
      <w:r w:rsidRPr="00BB6410">
        <w:rPr>
          <w:rFonts w:asciiTheme="minorEastAsia" w:hAnsiTheme="minorEastAsia" w:cs="Segoe UI Symbol"/>
          <w:lang w:eastAsia="ja-JP"/>
        </w:rPr>
        <w:t xml:space="preserve">☐ </w:t>
      </w:r>
      <w:r w:rsidRPr="00BB6410">
        <w:rPr>
          <w:rFonts w:asciiTheme="minorEastAsia" w:hAnsiTheme="minorEastAsia" w:cs="Segoe UI Symbol" w:hint="eastAsia"/>
          <w:lang w:eastAsia="ja-JP"/>
        </w:rPr>
        <w:t>書面提出の場合：マイナンバー記入と本人確認書類（番号確認＋身元確認）を準備した（e-Taxは提示不要）</w:t>
      </w:r>
    </w:p>
    <w:p w14:paraId="5D8205D5" w14:textId="77777777" w:rsidR="000678F8" w:rsidRPr="00BB6410" w:rsidRDefault="000678F8" w:rsidP="000678F8">
      <w:pPr>
        <w:tabs>
          <w:tab w:val="left" w:pos="1470"/>
        </w:tabs>
        <w:ind w:leftChars="386" w:left="849" w:rightChars="385" w:right="847" w:firstLine="2"/>
        <w:rPr>
          <w:rFonts w:asciiTheme="minorEastAsia" w:hAnsiTheme="minorEastAsia" w:cs="Segoe UI Symbol"/>
          <w:lang w:eastAsia="ja-JP"/>
        </w:rPr>
      </w:pPr>
      <w:r w:rsidRPr="00BB6410">
        <w:rPr>
          <w:rFonts w:asciiTheme="minorEastAsia" w:hAnsiTheme="minorEastAsia" w:cs="Segoe UI Symbol"/>
          <w:lang w:eastAsia="ja-JP"/>
        </w:rPr>
        <w:t xml:space="preserve">☐ </w:t>
      </w:r>
      <w:r w:rsidRPr="00BB6410">
        <w:rPr>
          <w:rFonts w:asciiTheme="minorEastAsia" w:hAnsiTheme="minorEastAsia" w:cs="Segoe UI Symbol" w:hint="eastAsia"/>
          <w:lang w:eastAsia="ja-JP"/>
        </w:rPr>
        <w:t>控え（コピー）を保管用として作成した</w:t>
      </w:r>
    </w:p>
    <w:p w14:paraId="60269BE9" w14:textId="77777777" w:rsidR="000678F8" w:rsidRPr="00BB6410" w:rsidRDefault="000678F8" w:rsidP="000678F8">
      <w:pPr>
        <w:tabs>
          <w:tab w:val="left" w:pos="1470"/>
        </w:tabs>
        <w:ind w:leftChars="386" w:left="849" w:rightChars="385" w:right="847" w:firstLine="2"/>
        <w:rPr>
          <w:rFonts w:asciiTheme="minorEastAsia" w:hAnsiTheme="minorEastAsia" w:cs="Segoe UI Symbol"/>
          <w:lang w:eastAsia="ja-JP"/>
        </w:rPr>
      </w:pPr>
      <w:r w:rsidRPr="00BB6410">
        <w:rPr>
          <w:rFonts w:asciiTheme="minorEastAsia" w:hAnsiTheme="minorEastAsia" w:cs="Segoe UI Symbol"/>
          <w:lang w:eastAsia="ja-JP"/>
        </w:rPr>
        <w:t xml:space="preserve">☐ </w:t>
      </w:r>
      <w:r w:rsidRPr="00BB6410">
        <w:rPr>
          <w:rFonts w:asciiTheme="minorEastAsia" w:hAnsiTheme="minorEastAsia" w:cs="Segoe UI Symbol" w:hint="eastAsia"/>
          <w:lang w:eastAsia="ja-JP"/>
        </w:rPr>
        <w:t>郵送提出なら返信用封筒・切手を用意した（控え返送用）</w:t>
      </w:r>
    </w:p>
    <w:p w14:paraId="768ADAB2" w14:textId="44382A30" w:rsidR="009A1E64" w:rsidRPr="00BB6410" w:rsidRDefault="000678F8" w:rsidP="000678F8">
      <w:pPr>
        <w:tabs>
          <w:tab w:val="left" w:pos="1470"/>
        </w:tabs>
        <w:ind w:leftChars="386" w:left="849" w:rightChars="385" w:right="847" w:firstLine="2"/>
        <w:rPr>
          <w:rFonts w:asciiTheme="minorEastAsia" w:hAnsiTheme="minorEastAsia"/>
          <w:lang w:eastAsia="ja-JP"/>
        </w:rPr>
      </w:pPr>
      <w:r w:rsidRPr="00BB6410">
        <w:rPr>
          <w:rFonts w:asciiTheme="minorEastAsia" w:hAnsiTheme="minorEastAsia" w:cs="Segoe UI Symbol"/>
          <w:lang w:eastAsia="ja-JP"/>
        </w:rPr>
        <w:t>☐ 青色希望なら「青色申告承認申請書」も期限内に準備（原則3/15、1/16以後開業は2ヶ月以内）</w:t>
      </w:r>
    </w:p>
    <w:p w14:paraId="4323EDA8" w14:textId="5FFEC6EC" w:rsidR="00BB6410" w:rsidRPr="00BB6410" w:rsidRDefault="00BB6410">
      <w:pPr>
        <w:rPr>
          <w:rFonts w:asciiTheme="minorEastAsia" w:hAnsiTheme="minorEastAsia"/>
          <w:lang w:eastAsia="ja-JP"/>
        </w:rPr>
      </w:pPr>
      <w:r w:rsidRPr="00BB6410">
        <w:rPr>
          <w:rFonts w:asciiTheme="minorEastAsia" w:hAnsiTheme="minorEastAsia"/>
          <w:lang w:eastAsia="ja-JP"/>
        </w:rPr>
        <w:br w:type="page"/>
      </w:r>
    </w:p>
    <w:p w14:paraId="7853D166" w14:textId="77777777" w:rsidR="00B773FF" w:rsidRPr="00BB6410" w:rsidRDefault="00B773FF" w:rsidP="00D70022">
      <w:pPr>
        <w:tabs>
          <w:tab w:val="left" w:pos="1470"/>
        </w:tabs>
        <w:ind w:leftChars="386" w:left="849" w:rightChars="385" w:right="847" w:firstLine="2"/>
        <w:rPr>
          <w:rFonts w:asciiTheme="minorEastAsia" w:hAnsiTheme="minorEastAsia"/>
          <w:lang w:eastAsia="ja-JP"/>
        </w:rPr>
      </w:pPr>
    </w:p>
    <w:p w14:paraId="32F53F58" w14:textId="77777777" w:rsidR="00F32208" w:rsidRPr="00BB6410" w:rsidRDefault="00F32208" w:rsidP="00F32208">
      <w:pPr>
        <w:tabs>
          <w:tab w:val="left" w:pos="1470"/>
        </w:tabs>
        <w:ind w:leftChars="386" w:left="849" w:rightChars="385" w:right="847" w:firstLine="2"/>
        <w:jc w:val="center"/>
        <w:rPr>
          <w:rFonts w:asciiTheme="minorEastAsia" w:hAnsiTheme="minorEastAsia"/>
          <w:b/>
          <w:bCs/>
          <w:sz w:val="32"/>
          <w:szCs w:val="32"/>
          <w:lang w:eastAsia="ja-JP"/>
        </w:rPr>
      </w:pPr>
      <w:r w:rsidRPr="00BB6410">
        <w:rPr>
          <w:rFonts w:asciiTheme="minorEastAsia" w:hAnsiTheme="minorEastAsia" w:hint="eastAsia"/>
          <w:b/>
          <w:bCs/>
          <w:sz w:val="32"/>
          <w:szCs w:val="32"/>
          <w:lang w:eastAsia="ja-JP"/>
        </w:rPr>
        <w:t>キッチンカー（移動販売）で迷いやすい記入ポイント</w:t>
      </w:r>
    </w:p>
    <w:p w14:paraId="058BD8F5" w14:textId="77777777" w:rsidR="00F32208" w:rsidRPr="00BB6410" w:rsidRDefault="00F32208" w:rsidP="00F32208">
      <w:pPr>
        <w:tabs>
          <w:tab w:val="left" w:pos="1470"/>
        </w:tabs>
        <w:ind w:leftChars="386" w:left="849" w:rightChars="385" w:right="847" w:firstLine="2"/>
        <w:rPr>
          <w:rFonts w:asciiTheme="minorEastAsia" w:hAnsiTheme="minorEastAsia"/>
          <w:lang w:eastAsia="ja-JP"/>
        </w:rPr>
      </w:pPr>
      <w:r w:rsidRPr="00BB6410">
        <w:rPr>
          <w:rFonts w:asciiTheme="minorEastAsia" w:hAnsiTheme="minorEastAsia" w:hint="eastAsia"/>
          <w:lang w:eastAsia="ja-JP"/>
        </w:rPr>
        <w:t>キッチンカーは「販売する場所が固定されない」ため、開業届の住所・事業所欄と、営業許可証（保健所）の内容をどう整合させるかがポイントです。</w:t>
      </w:r>
    </w:p>
    <w:p w14:paraId="610ED524" w14:textId="77777777" w:rsidR="00F32208" w:rsidRPr="00BB6410" w:rsidRDefault="00F32208" w:rsidP="00F32208">
      <w:pPr>
        <w:tabs>
          <w:tab w:val="left" w:pos="1470"/>
        </w:tabs>
        <w:ind w:leftChars="386" w:left="849" w:rightChars="385" w:right="847" w:firstLine="2"/>
        <w:rPr>
          <w:rFonts w:asciiTheme="minorEastAsia" w:hAnsiTheme="minorEastAsia"/>
          <w:lang w:eastAsia="ja-JP"/>
        </w:rPr>
      </w:pPr>
      <w:r w:rsidRPr="00BB6410">
        <w:rPr>
          <w:rFonts w:asciiTheme="minorEastAsia" w:hAnsiTheme="minorEastAsia" w:hint="eastAsia"/>
          <w:lang w:eastAsia="ja-JP"/>
        </w:rPr>
        <w:t>・職業：例：「移動販売業」「飲食業（クレープ販売）」「キッチンカー運営」など。</w:t>
      </w:r>
    </w:p>
    <w:p w14:paraId="1113B161" w14:textId="77777777" w:rsidR="00F32208" w:rsidRPr="00BB6410" w:rsidRDefault="00F32208" w:rsidP="00F32208">
      <w:pPr>
        <w:tabs>
          <w:tab w:val="left" w:pos="1470"/>
        </w:tabs>
        <w:ind w:leftChars="386" w:left="849" w:rightChars="385" w:right="847" w:firstLine="2"/>
        <w:rPr>
          <w:rFonts w:asciiTheme="minorEastAsia" w:hAnsiTheme="minorEastAsia"/>
          <w:lang w:eastAsia="ja-JP"/>
        </w:rPr>
      </w:pPr>
      <w:r w:rsidRPr="00BB6410">
        <w:rPr>
          <w:rFonts w:asciiTheme="minorEastAsia" w:hAnsiTheme="minorEastAsia" w:hint="eastAsia"/>
          <w:lang w:eastAsia="ja-JP"/>
        </w:rPr>
        <w:t>・事業所等の所在地：開業届では「事務所（拠点）」の所在地を記入します。自宅を拠点にするなら自宅住所。仕込み場所（施設）を借りる場合は、事業所欄の記入要否を整理。</w:t>
      </w:r>
    </w:p>
    <w:p w14:paraId="3B888DE9" w14:textId="77777777" w:rsidR="00F32208" w:rsidRPr="00BB6410" w:rsidRDefault="00F32208" w:rsidP="00F32208">
      <w:pPr>
        <w:tabs>
          <w:tab w:val="left" w:pos="1470"/>
        </w:tabs>
        <w:ind w:leftChars="386" w:left="849" w:rightChars="385" w:right="847" w:firstLine="2"/>
        <w:rPr>
          <w:rFonts w:asciiTheme="minorEastAsia" w:hAnsiTheme="minorEastAsia"/>
          <w:lang w:eastAsia="ja-JP"/>
        </w:rPr>
      </w:pPr>
      <w:r w:rsidRPr="00BB6410">
        <w:rPr>
          <w:rFonts w:asciiTheme="minorEastAsia" w:hAnsiTheme="minorEastAsia" w:hint="eastAsia"/>
          <w:lang w:eastAsia="ja-JP"/>
        </w:rPr>
        <w:t>・事業の概要（許可証との整合）：営業許可証に記載される業種・提供形態と矛盾しない表現に。例：「キッチンカーによるクレープの製造販売（イベント・商業施設等へ出店）」</w:t>
      </w:r>
    </w:p>
    <w:p w14:paraId="00B8FBEA" w14:textId="77777777" w:rsidR="00F32208" w:rsidRPr="00BB6410" w:rsidRDefault="00F32208" w:rsidP="00F32208">
      <w:pPr>
        <w:tabs>
          <w:tab w:val="left" w:pos="1470"/>
        </w:tabs>
        <w:ind w:leftChars="386" w:left="849" w:rightChars="385" w:right="847" w:firstLine="2"/>
        <w:rPr>
          <w:rFonts w:asciiTheme="minorEastAsia" w:hAnsiTheme="minorEastAsia"/>
          <w:lang w:eastAsia="ja-JP"/>
        </w:rPr>
      </w:pPr>
      <w:r w:rsidRPr="00BB6410">
        <w:rPr>
          <w:rFonts w:asciiTheme="minorEastAsia" w:hAnsiTheme="minorEastAsia" w:hint="eastAsia"/>
          <w:lang w:eastAsia="ja-JP"/>
        </w:rPr>
        <w:t>・販売場所（出店場所）の書き方：開業届には出店先を1件ずつ列挙する必然性はありません。「イベント会場・商業施設・オフィス街等での移動販売」など、販売形態として記載するのが実務上分かりやすい。</w:t>
      </w:r>
    </w:p>
    <w:p w14:paraId="53A4F26F" w14:textId="77777777" w:rsidR="00F32208" w:rsidRPr="00BB6410" w:rsidRDefault="00F32208" w:rsidP="00F32208">
      <w:pPr>
        <w:tabs>
          <w:tab w:val="left" w:pos="1470"/>
        </w:tabs>
        <w:ind w:leftChars="386" w:left="849" w:rightChars="385" w:right="847" w:firstLine="2"/>
        <w:rPr>
          <w:rFonts w:asciiTheme="minorEastAsia" w:hAnsiTheme="minorEastAsia"/>
          <w:lang w:eastAsia="ja-JP"/>
        </w:rPr>
      </w:pPr>
      <w:r w:rsidRPr="00BB6410">
        <w:rPr>
          <w:rFonts w:asciiTheme="minorEastAsia" w:hAnsiTheme="minorEastAsia" w:hint="eastAsia"/>
          <w:lang w:eastAsia="ja-JP"/>
        </w:rPr>
        <w:t>・都道府県・自治体をまたぐ営業：キッチンカーで移動販売する場合、販売する地域ごとに営業許可申請が必要になることがあるため、出店エリアを事前に整理。</w:t>
      </w:r>
    </w:p>
    <w:p w14:paraId="79F56F87" w14:textId="77777777" w:rsidR="00F32208" w:rsidRPr="00BB6410" w:rsidRDefault="00F32208" w:rsidP="00F32208">
      <w:pPr>
        <w:tabs>
          <w:tab w:val="left" w:pos="1470"/>
        </w:tabs>
        <w:ind w:leftChars="386" w:left="849" w:rightChars="385" w:right="847" w:firstLine="2"/>
        <w:rPr>
          <w:rFonts w:asciiTheme="minorEastAsia" w:hAnsiTheme="minorEastAsia"/>
          <w:lang w:eastAsia="ja-JP"/>
        </w:rPr>
      </w:pPr>
      <w:r w:rsidRPr="00BB6410">
        <w:rPr>
          <w:rFonts w:asciiTheme="minorEastAsia" w:hAnsiTheme="minorEastAsia" w:hint="eastAsia"/>
          <w:lang w:eastAsia="ja-JP"/>
        </w:rPr>
        <w:t>・仕込み場所（自宅/別施設）：移動販売では仕込みを別場所で行うケースもあります。営業許可の要件と合わせて、仕込み場所の確保・運用ルールを決めておく。</w:t>
      </w:r>
    </w:p>
    <w:p w14:paraId="1BAC9605" w14:textId="57C4863A" w:rsidR="00F32208" w:rsidRPr="00BB6410" w:rsidRDefault="00F32208" w:rsidP="00F32208">
      <w:pPr>
        <w:tabs>
          <w:tab w:val="left" w:pos="1470"/>
        </w:tabs>
        <w:ind w:leftChars="386" w:left="849" w:rightChars="385" w:right="847" w:firstLine="2"/>
        <w:rPr>
          <w:rFonts w:asciiTheme="minorEastAsia" w:hAnsiTheme="minorEastAsia"/>
          <w:lang w:eastAsia="ja-JP"/>
        </w:rPr>
      </w:pPr>
      <w:r w:rsidRPr="00BB6410">
        <w:rPr>
          <w:rFonts w:asciiTheme="minorEastAsia" w:hAnsiTheme="minorEastAsia" w:hint="eastAsia"/>
          <w:lang w:eastAsia="ja-JP"/>
        </w:rPr>
        <w:t>・食品衛生責任者・保健所許可：飲食提供では食品衛生責任者の設置と、保健所の営業許可が必要（準備に時間がかかる場合があるため、開業日設定と整合させる）。</w:t>
      </w:r>
    </w:p>
    <w:p w14:paraId="6BB6426A" w14:textId="104D8039" w:rsidR="00B773FF" w:rsidRPr="00BB6410" w:rsidRDefault="00B773FF" w:rsidP="00F32208">
      <w:pPr>
        <w:tabs>
          <w:tab w:val="left" w:pos="1470"/>
        </w:tabs>
        <w:ind w:leftChars="386" w:left="849" w:rightChars="385" w:right="847" w:firstLine="2"/>
        <w:rPr>
          <w:rFonts w:asciiTheme="minorEastAsia" w:hAnsiTheme="minorEastAsia"/>
          <w:lang w:eastAsia="ja-JP"/>
        </w:rPr>
      </w:pPr>
    </w:p>
    <w:p w14:paraId="58DCFC52" w14:textId="77777777" w:rsidR="00BB6410" w:rsidRPr="00BB6410" w:rsidRDefault="00BB6410" w:rsidP="00F32208">
      <w:pPr>
        <w:tabs>
          <w:tab w:val="left" w:pos="1470"/>
        </w:tabs>
        <w:ind w:leftChars="386" w:left="849" w:rightChars="385" w:right="847" w:firstLine="2"/>
        <w:rPr>
          <w:rFonts w:asciiTheme="minorEastAsia" w:hAnsiTheme="minorEastAsia" w:hint="eastAsia"/>
          <w:lang w:eastAsia="ja-JP"/>
        </w:rPr>
      </w:pPr>
    </w:p>
    <w:p w14:paraId="6F0BB2FC" w14:textId="77777777" w:rsidR="009649BE" w:rsidRPr="00BB6410" w:rsidRDefault="009649BE" w:rsidP="00F32208">
      <w:pPr>
        <w:tabs>
          <w:tab w:val="left" w:pos="1470"/>
        </w:tabs>
        <w:ind w:leftChars="386" w:left="849" w:rightChars="385" w:right="847" w:firstLine="2"/>
        <w:rPr>
          <w:rFonts w:asciiTheme="minorEastAsia" w:hAnsiTheme="minorEastAsia"/>
          <w:lang w:eastAsia="ja-JP"/>
        </w:rPr>
      </w:pPr>
    </w:p>
    <w:p w14:paraId="791A8801" w14:textId="77777777" w:rsidR="009649BE" w:rsidRPr="00BB6410" w:rsidRDefault="009649BE" w:rsidP="009649BE">
      <w:pPr>
        <w:tabs>
          <w:tab w:val="left" w:pos="1470"/>
        </w:tabs>
        <w:ind w:leftChars="386" w:left="849" w:rightChars="385" w:right="847" w:firstLine="2"/>
        <w:jc w:val="center"/>
        <w:rPr>
          <w:rFonts w:asciiTheme="minorEastAsia" w:hAnsiTheme="minorEastAsia"/>
          <w:b/>
          <w:bCs/>
          <w:sz w:val="32"/>
          <w:szCs w:val="32"/>
          <w:lang w:eastAsia="ja-JP"/>
        </w:rPr>
      </w:pPr>
      <w:r w:rsidRPr="00BB6410">
        <w:rPr>
          <w:rFonts w:asciiTheme="minorEastAsia" w:hAnsiTheme="minorEastAsia" w:hint="eastAsia"/>
          <w:b/>
          <w:bCs/>
          <w:sz w:val="32"/>
          <w:szCs w:val="32"/>
          <w:lang w:eastAsia="ja-JP"/>
        </w:rPr>
        <w:t>営業許可証との整合性を取るコツ（実務ポイント）</w:t>
      </w:r>
    </w:p>
    <w:p w14:paraId="09E08CEC" w14:textId="77777777" w:rsidR="009649BE" w:rsidRPr="00BB6410" w:rsidRDefault="009649BE" w:rsidP="009649BE">
      <w:pPr>
        <w:tabs>
          <w:tab w:val="left" w:pos="1470"/>
        </w:tabs>
        <w:ind w:leftChars="386" w:left="849" w:rightChars="385" w:right="847" w:firstLine="2"/>
        <w:rPr>
          <w:rFonts w:asciiTheme="minorEastAsia" w:hAnsiTheme="minorEastAsia"/>
          <w:lang w:eastAsia="ja-JP"/>
        </w:rPr>
      </w:pPr>
      <w:r w:rsidRPr="00BB6410">
        <w:rPr>
          <w:rFonts w:asciiTheme="minorEastAsia" w:hAnsiTheme="minorEastAsia" w:hint="eastAsia"/>
          <w:lang w:eastAsia="ja-JP"/>
        </w:rPr>
        <w:t>移動販売で飲食物を提供する場合は、食品衛生責任者の設置と、保健所の営業許可（飲食店営業許可）が必要になります。</w:t>
      </w:r>
    </w:p>
    <w:p w14:paraId="068AE546" w14:textId="77777777" w:rsidR="009649BE" w:rsidRPr="00BB6410" w:rsidRDefault="009649BE" w:rsidP="009649BE">
      <w:pPr>
        <w:tabs>
          <w:tab w:val="left" w:pos="1470"/>
        </w:tabs>
        <w:ind w:leftChars="386" w:left="849" w:rightChars="385" w:right="847" w:firstLine="2"/>
        <w:rPr>
          <w:rFonts w:asciiTheme="minorEastAsia" w:hAnsiTheme="minorEastAsia"/>
          <w:lang w:eastAsia="ja-JP"/>
        </w:rPr>
      </w:pPr>
      <w:r w:rsidRPr="00BB6410">
        <w:rPr>
          <w:rFonts w:asciiTheme="minorEastAsia" w:hAnsiTheme="minorEastAsia" w:hint="eastAsia"/>
          <w:lang w:eastAsia="ja-JP"/>
        </w:rPr>
        <w:t>また、キッチンカーで移動販売する場合は、販売する地域それぞれで営業許可の申請が必要になることがあるため、出店エリアを最初に決めておくことが重要です。</w:t>
      </w:r>
    </w:p>
    <w:p w14:paraId="198A5000" w14:textId="77777777" w:rsidR="009649BE" w:rsidRPr="00BB6410" w:rsidRDefault="009649BE" w:rsidP="009649BE">
      <w:pPr>
        <w:tabs>
          <w:tab w:val="left" w:pos="1470"/>
        </w:tabs>
        <w:ind w:leftChars="386" w:left="849" w:rightChars="385" w:right="847" w:firstLine="2"/>
        <w:rPr>
          <w:rFonts w:asciiTheme="minorEastAsia" w:hAnsiTheme="minorEastAsia"/>
          <w:lang w:eastAsia="ja-JP"/>
        </w:rPr>
      </w:pPr>
    </w:p>
    <w:p w14:paraId="6A2BD1DC" w14:textId="77777777" w:rsidR="009649BE" w:rsidRPr="00BB6410" w:rsidRDefault="009649BE" w:rsidP="009649BE">
      <w:pPr>
        <w:tabs>
          <w:tab w:val="left" w:pos="1470"/>
        </w:tabs>
        <w:ind w:leftChars="386" w:left="849" w:rightChars="385" w:right="847" w:firstLine="2"/>
        <w:rPr>
          <w:rFonts w:asciiTheme="minorEastAsia" w:hAnsiTheme="minorEastAsia"/>
          <w:lang w:eastAsia="ja-JP"/>
        </w:rPr>
      </w:pPr>
      <w:r w:rsidRPr="00BB6410">
        <w:rPr>
          <w:rFonts w:asciiTheme="minorEastAsia" w:hAnsiTheme="minorEastAsia" w:hint="eastAsia"/>
          <w:lang w:eastAsia="ja-JP"/>
        </w:rPr>
        <w:t>■開業届側で意識すること</w:t>
      </w:r>
    </w:p>
    <w:p w14:paraId="2E1ED82A" w14:textId="77777777" w:rsidR="009649BE" w:rsidRPr="00BB6410" w:rsidRDefault="009649BE" w:rsidP="009649BE">
      <w:pPr>
        <w:tabs>
          <w:tab w:val="left" w:pos="1470"/>
        </w:tabs>
        <w:ind w:leftChars="386" w:left="849" w:rightChars="385" w:right="847" w:firstLine="2"/>
        <w:rPr>
          <w:rFonts w:asciiTheme="minorEastAsia" w:hAnsiTheme="minorEastAsia"/>
          <w:lang w:eastAsia="ja-JP"/>
        </w:rPr>
      </w:pPr>
      <w:r w:rsidRPr="00BB6410">
        <w:rPr>
          <w:rFonts w:asciiTheme="minorEastAsia" w:hAnsiTheme="minorEastAsia" w:hint="eastAsia"/>
          <w:lang w:eastAsia="ja-JP"/>
        </w:rPr>
        <w:t>・「事業の概要」は、許可証で認められる営業形態と矛盾しない表現にする（例：製造販売／移動販売／提供方法）</w:t>
      </w:r>
    </w:p>
    <w:p w14:paraId="705784AB" w14:textId="77777777" w:rsidR="009649BE" w:rsidRPr="00BB6410" w:rsidRDefault="009649BE" w:rsidP="009649BE">
      <w:pPr>
        <w:tabs>
          <w:tab w:val="left" w:pos="1470"/>
        </w:tabs>
        <w:ind w:leftChars="386" w:left="849" w:rightChars="385" w:right="847" w:firstLine="2"/>
        <w:rPr>
          <w:rFonts w:asciiTheme="minorEastAsia" w:hAnsiTheme="minorEastAsia"/>
          <w:lang w:eastAsia="ja-JP"/>
        </w:rPr>
      </w:pPr>
      <w:r w:rsidRPr="00BB6410">
        <w:rPr>
          <w:rFonts w:asciiTheme="minorEastAsia" w:hAnsiTheme="minorEastAsia" w:hint="eastAsia"/>
          <w:lang w:eastAsia="ja-JP"/>
        </w:rPr>
        <w:t>・「事業所等の所在地」は、出店先ではなく「拠点（連絡先・帳簿保管場所）」として一貫させる</w:t>
      </w:r>
    </w:p>
    <w:p w14:paraId="20BF7D0A" w14:textId="688983E9" w:rsidR="00F32208" w:rsidRPr="00BB6410" w:rsidRDefault="009649BE" w:rsidP="009649BE">
      <w:pPr>
        <w:tabs>
          <w:tab w:val="left" w:pos="1470"/>
        </w:tabs>
        <w:ind w:leftChars="386" w:left="849" w:rightChars="385" w:right="847" w:firstLine="2"/>
        <w:rPr>
          <w:rFonts w:asciiTheme="minorEastAsia" w:hAnsiTheme="minorEastAsia"/>
          <w:lang w:eastAsia="ja-JP"/>
        </w:rPr>
      </w:pPr>
      <w:r w:rsidRPr="00BB6410">
        <w:rPr>
          <w:rFonts w:asciiTheme="minorEastAsia" w:hAnsiTheme="minorEastAsia" w:hint="eastAsia"/>
          <w:lang w:eastAsia="ja-JP"/>
        </w:rPr>
        <w:t>・仕込み場所が別施設の場合、許可要件と合わせて所在地・運用を整理し、必要なら開業届の住所欄にも反映する</w:t>
      </w:r>
    </w:p>
    <w:sectPr w:rsidR="00F32208" w:rsidRPr="00BB6410" w:rsidSect="00BF4CCA">
      <w:pgSz w:w="11906" w:h="16838"/>
      <w:pgMar w:top="0" w:right="0" w:bottom="0" w:left="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4C429" w14:textId="77777777" w:rsidR="00CD179A" w:rsidRDefault="00CD179A" w:rsidP="00BF4CCA">
      <w:pPr>
        <w:spacing w:after="0" w:line="240" w:lineRule="auto"/>
      </w:pPr>
      <w:r>
        <w:separator/>
      </w:r>
    </w:p>
  </w:endnote>
  <w:endnote w:type="continuationSeparator" w:id="0">
    <w:p w14:paraId="32FD6A7C" w14:textId="77777777" w:rsidR="00CD179A" w:rsidRDefault="00CD179A" w:rsidP="00BF4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11840" w14:textId="77777777" w:rsidR="00CD179A" w:rsidRDefault="00CD179A" w:rsidP="00BF4CCA">
      <w:pPr>
        <w:spacing w:after="0" w:line="240" w:lineRule="auto"/>
      </w:pPr>
      <w:r>
        <w:separator/>
      </w:r>
    </w:p>
  </w:footnote>
  <w:footnote w:type="continuationSeparator" w:id="0">
    <w:p w14:paraId="10998E7B" w14:textId="77777777" w:rsidR="00CD179A" w:rsidRDefault="00CD179A" w:rsidP="00BF4C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494152432">
    <w:abstractNumId w:val="8"/>
  </w:num>
  <w:num w:numId="2" w16cid:durableId="1285119579">
    <w:abstractNumId w:val="6"/>
  </w:num>
  <w:num w:numId="3" w16cid:durableId="70658311">
    <w:abstractNumId w:val="5"/>
  </w:num>
  <w:num w:numId="4" w16cid:durableId="1252663517">
    <w:abstractNumId w:val="4"/>
  </w:num>
  <w:num w:numId="5" w16cid:durableId="1979066481">
    <w:abstractNumId w:val="7"/>
  </w:num>
  <w:num w:numId="6" w16cid:durableId="1653178219">
    <w:abstractNumId w:val="3"/>
  </w:num>
  <w:num w:numId="7" w16cid:durableId="1222135939">
    <w:abstractNumId w:val="2"/>
  </w:num>
  <w:num w:numId="8" w16cid:durableId="333723719">
    <w:abstractNumId w:val="1"/>
  </w:num>
  <w:num w:numId="9" w16cid:durableId="368073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78F8"/>
    <w:rsid w:val="0010746E"/>
    <w:rsid w:val="00120360"/>
    <w:rsid w:val="0015074B"/>
    <w:rsid w:val="001520CC"/>
    <w:rsid w:val="001A4B05"/>
    <w:rsid w:val="001D3172"/>
    <w:rsid w:val="002130FE"/>
    <w:rsid w:val="00234506"/>
    <w:rsid w:val="00280D2C"/>
    <w:rsid w:val="0029639D"/>
    <w:rsid w:val="002A4231"/>
    <w:rsid w:val="002C12F9"/>
    <w:rsid w:val="00315883"/>
    <w:rsid w:val="00326F90"/>
    <w:rsid w:val="00335BA9"/>
    <w:rsid w:val="00362259"/>
    <w:rsid w:val="00384E4A"/>
    <w:rsid w:val="003926C7"/>
    <w:rsid w:val="004E6567"/>
    <w:rsid w:val="0055465E"/>
    <w:rsid w:val="00596D8E"/>
    <w:rsid w:val="00607AFD"/>
    <w:rsid w:val="00720EAB"/>
    <w:rsid w:val="00787956"/>
    <w:rsid w:val="008204AD"/>
    <w:rsid w:val="008525F5"/>
    <w:rsid w:val="008D7ADE"/>
    <w:rsid w:val="009013EF"/>
    <w:rsid w:val="00946916"/>
    <w:rsid w:val="009649BE"/>
    <w:rsid w:val="009A1E64"/>
    <w:rsid w:val="009A291D"/>
    <w:rsid w:val="00A372CA"/>
    <w:rsid w:val="00A56369"/>
    <w:rsid w:val="00A61D04"/>
    <w:rsid w:val="00A633A9"/>
    <w:rsid w:val="00A93F90"/>
    <w:rsid w:val="00AA1D8D"/>
    <w:rsid w:val="00B35237"/>
    <w:rsid w:val="00B47730"/>
    <w:rsid w:val="00B51626"/>
    <w:rsid w:val="00B773FF"/>
    <w:rsid w:val="00B97877"/>
    <w:rsid w:val="00BB6410"/>
    <w:rsid w:val="00BE3178"/>
    <w:rsid w:val="00BF4CCA"/>
    <w:rsid w:val="00C5353D"/>
    <w:rsid w:val="00C71DCE"/>
    <w:rsid w:val="00C8170C"/>
    <w:rsid w:val="00CB0664"/>
    <w:rsid w:val="00CC200D"/>
    <w:rsid w:val="00CD179A"/>
    <w:rsid w:val="00D24703"/>
    <w:rsid w:val="00D70022"/>
    <w:rsid w:val="00D92E3E"/>
    <w:rsid w:val="00DA0ACB"/>
    <w:rsid w:val="00DC3FD8"/>
    <w:rsid w:val="00E2176A"/>
    <w:rsid w:val="00E72892"/>
    <w:rsid w:val="00F04840"/>
    <w:rsid w:val="00F32208"/>
    <w:rsid w:val="00FC693F"/>
    <w:rsid w:val="00FE75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3F53575C"/>
  <w14:defaultImageDpi w14:val="300"/>
  <w15:docId w15:val="{E0C69338-FFB4-40D8-A19B-C6074C806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207</Words>
  <Characters>1184</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generated by python-docx</dc:description>
  <cp:revision>4</cp:revision>
  <dcterms:created xsi:type="dcterms:W3CDTF">2026-02-12T11:43:00Z</dcterms:created>
  <dcterms:modified xsi:type="dcterms:W3CDTF">2026-03-05T15:27:00Z</dcterms:modified>
  <cp:category/>
</cp:coreProperties>
</file>