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3A123" w14:textId="4CCDE329" w:rsidR="00A61D04" w:rsidRPr="009C5272" w:rsidRDefault="008525F5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1906A1F" wp14:editId="7C24440D">
                <wp:simplePos x="0" y="0"/>
                <wp:positionH relativeFrom="page">
                  <wp:posOffset>-47625</wp:posOffset>
                </wp:positionH>
                <wp:positionV relativeFrom="paragraph">
                  <wp:posOffset>0</wp:posOffset>
                </wp:positionV>
                <wp:extent cx="7562215" cy="10658475"/>
                <wp:effectExtent l="0" t="0" r="635" b="9525"/>
                <wp:wrapNone/>
                <wp:docPr id="1993321242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215" cy="10658475"/>
                          <a:chOff x="-13648" y="0"/>
                          <a:chExt cx="7562215" cy="10658475"/>
                        </a:xfrm>
                      </wpg:grpSpPr>
                      <pic:pic xmlns:pic="http://schemas.openxmlformats.org/drawingml/2006/picture">
                        <pic:nvPicPr>
                          <pic:cNvPr id="1211003391" name="Picture 1" descr="ダイアグラム&#10;&#10;AI 生成コンテンツは誤りを含む可能性があります。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13648" y="0"/>
                            <a:ext cx="7562215" cy="10658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17224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6412" y="1849272"/>
                            <a:ext cx="620973" cy="30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804F17" w14:textId="294DEED2" w:rsidR="00DC3FD8" w:rsidRPr="00234506" w:rsidRDefault="00B35237" w:rsidP="00D92E3E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8"/>
                                  <w:szCs w:val="28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  <w:t>○○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210359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07576" y="2367887"/>
                            <a:ext cx="375314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3CDDC3" w14:textId="1649CC1D" w:rsidR="00335BA9" w:rsidRPr="00234506" w:rsidRDefault="002A4231" w:rsidP="00D92E3E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4096944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1549021"/>
                            <a:ext cx="1057701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4805ED" w14:textId="663B3917" w:rsidR="00335BA9" w:rsidRPr="00234506" w:rsidRDefault="00335BA9" w:rsidP="00335BA9">
                              <w:pPr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000　0000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048354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664424" y="1719618"/>
                            <a:ext cx="2053988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98A517" w14:textId="166D2FC7" w:rsidR="00335BA9" w:rsidRPr="00234506" w:rsidRDefault="00335BA9" w:rsidP="00335BA9">
                              <w:pPr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○○県○○市○○ 0丁目00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5660730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377218" y="1883391"/>
                            <a:ext cx="1276066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1B5035" w14:textId="3B1BA7E2" w:rsidR="00335BA9" w:rsidRPr="00234506" w:rsidRDefault="00335BA9" w:rsidP="00335BA9">
                              <w:pPr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000</w:t>
                              </w:r>
                              <w:r w:rsidR="00596D8E"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 xml:space="preserve">   </w:t>
                              </w: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0000</w:t>
                              </w:r>
                              <w:r w:rsidR="00596D8E"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 xml:space="preserve">    </w:t>
                              </w: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7767101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2927445"/>
                            <a:ext cx="1275715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907B45" w14:textId="646D7CD2" w:rsidR="00596D8E" w:rsidRPr="00234506" w:rsidRDefault="00596D8E" w:rsidP="00D92E3E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8"/>
                                  <w:szCs w:val="28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  <w:t>○○　○○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803235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705367" y="2695433"/>
                            <a:ext cx="1275715" cy="211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153418" w14:textId="6C0C1F84" w:rsidR="00596D8E" w:rsidRPr="00234506" w:rsidRDefault="00596D8E" w:rsidP="00D92E3E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16"/>
                                  <w:szCs w:val="16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16"/>
                                  <w:szCs w:val="16"/>
                                  <w:lang w:eastAsia="ja-JP"/>
                                </w:rPr>
                                <w:t xml:space="preserve">○○○○　 </w:t>
                              </w: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16"/>
                                  <w:szCs w:val="16"/>
                                  <w:lang w:eastAsia="ja-JP"/>
                                </w:rPr>
                                <w:t>○○○○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9132996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274860" y="2804615"/>
                            <a:ext cx="286603" cy="211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7D4ADB" w14:textId="7727119B" w:rsidR="00596D8E" w:rsidRPr="002130FE" w:rsidRDefault="00596D8E" w:rsidP="00596D8E">
                              <w:pPr>
                                <w:rPr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130FE">
                                <w:rPr>
                                  <w:rFonts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640246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1851" y="4305869"/>
                            <a:ext cx="286603" cy="211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890109" w14:textId="77777777" w:rsidR="00596D8E" w:rsidRPr="002130FE" w:rsidRDefault="00596D8E" w:rsidP="00596D8E">
                              <w:pPr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130FE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0113607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411337" y="6789761"/>
                            <a:ext cx="286603" cy="211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A0541F" w14:textId="77777777" w:rsidR="008204AD" w:rsidRPr="002130FE" w:rsidRDefault="008204AD" w:rsidP="008204AD">
                              <w:pPr>
                                <w:rPr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130FE">
                                <w:rPr>
                                  <w:rFonts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421168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704764" y="7028597"/>
                            <a:ext cx="286603" cy="211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002D13" w14:textId="77777777" w:rsidR="008204AD" w:rsidRPr="002130FE" w:rsidRDefault="008204AD" w:rsidP="008204AD">
                              <w:pPr>
                                <w:rPr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130FE">
                                <w:rPr>
                                  <w:rFonts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9972570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377821" y="3316406"/>
                            <a:ext cx="3466532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A58A8C" w14:textId="2FAE535C" w:rsidR="008204AD" w:rsidRPr="00234506" w:rsidRDefault="008204AD" w:rsidP="008204AD">
                              <w:pPr>
                                <w:ind w:firstLineChars="50" w:firstLine="140"/>
                                <w:rPr>
                                  <w:rFonts w:asciiTheme="minorEastAsia" w:hAnsiTheme="minor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  <w:t xml:space="preserve">0　0　0　0　0　0　0　0 </w:t>
                              </w:r>
                              <w:r w:rsidR="002A4231"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  <w:t xml:space="preserve"> </w:t>
                              </w: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  <w:t>0　0　0　0</w:t>
                              </w:r>
                            </w:p>
                            <w:p w14:paraId="4263C031" w14:textId="620D8540" w:rsidR="008204AD" w:rsidRPr="00234506" w:rsidRDefault="008204AD" w:rsidP="008204AD">
                              <w:pPr>
                                <w:ind w:firstLineChars="50" w:firstLine="140"/>
                                <w:rPr>
                                  <w:rFonts w:asciiTheme="minorEastAsia" w:hAnsiTheme="minor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  <w:t xml:space="preserve">　　　　　  </w:t>
                              </w:r>
                            </w:p>
                            <w:p w14:paraId="06108444" w14:textId="69565FC9" w:rsidR="008204AD" w:rsidRPr="00234506" w:rsidRDefault="008204AD" w:rsidP="008204AD">
                              <w:pPr>
                                <w:ind w:firstLineChars="50" w:firstLine="140"/>
                                <w:rPr>
                                  <w:rFonts w:asciiTheme="minorEastAsia" w:hAnsiTheme="minorEastAsia"/>
                                  <w:color w:val="EE0000"/>
                                  <w:sz w:val="28"/>
                                  <w:szCs w:val="28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117819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387345" y="3600450"/>
                            <a:ext cx="1931159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DE40BA" w14:textId="77777777" w:rsidR="00315883" w:rsidRPr="00315883" w:rsidRDefault="00315883" w:rsidP="00315883">
                              <w:pPr>
                                <w:pStyle w:val="a9"/>
                                <w:rPr>
                                  <w:color w:val="EE0000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315883">
                                <w:rPr>
                                  <w:rFonts w:hint="eastAsia"/>
                                  <w:color w:val="EE0000"/>
                                  <w:sz w:val="18"/>
                                  <w:szCs w:val="18"/>
                                  <w:lang w:eastAsia="ja-JP"/>
                                </w:rPr>
                                <w:t>飲食業</w:t>
                              </w:r>
                            </w:p>
                            <w:p w14:paraId="0EF14298" w14:textId="7B396B81" w:rsidR="00D92E3E" w:rsidRPr="00315883" w:rsidRDefault="00315883" w:rsidP="00315883">
                              <w:pPr>
                                <w:pStyle w:val="a9"/>
                                <w:rPr>
                                  <w:color w:val="EE0000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315883">
                                <w:rPr>
                                  <w:rFonts w:hint="eastAsia"/>
                                  <w:color w:val="EE0000"/>
                                  <w:sz w:val="18"/>
                                  <w:szCs w:val="18"/>
                                  <w:lang w:eastAsia="ja-JP"/>
                                </w:rPr>
                                <w:t>（アイスクリーム販売）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95375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308979" y="3705367"/>
                            <a:ext cx="1275715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1A9800" w14:textId="08C1CE56" w:rsidR="00D92E3E" w:rsidRPr="00234506" w:rsidRDefault="00315883" w:rsidP="00D92E3E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8"/>
                                  <w:szCs w:val="28"/>
                                </w:rPr>
                              </w:pPr>
                              <w:r w:rsidRPr="00315883">
                                <w:rPr>
                                  <w:rFonts w:asciiTheme="minorEastAsia" w:hAnsiTheme="minorEastAsia" w:hint="eastAsia"/>
                                  <w:color w:val="EE0000"/>
                                  <w:sz w:val="28"/>
                                  <w:szCs w:val="28"/>
                                  <w:lang w:eastAsia="ja-JP"/>
                                </w:rPr>
                                <w:t>〇〇ICE CREAM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84671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283389" y="3541594"/>
                            <a:ext cx="1275715" cy="211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0204E8" w14:textId="19F38934" w:rsidR="002A4231" w:rsidRPr="00234506" w:rsidRDefault="002A4231" w:rsidP="002A4231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color w:val="EE0000"/>
                                  <w:sz w:val="16"/>
                                  <w:szCs w:val="16"/>
                                </w:rPr>
                              </w:pPr>
                              <w:r w:rsidRPr="00234506">
                                <w:rPr>
                                  <w:rFonts w:ascii="ＭＳ 明朝" w:eastAsia="ＭＳ 明朝" w:hAnsi="ＭＳ 明朝" w:hint="eastAsia"/>
                                  <w:color w:val="EE0000"/>
                                  <w:sz w:val="16"/>
                                  <w:szCs w:val="16"/>
                                  <w:lang w:eastAsia="ja-JP"/>
                                </w:rPr>
                                <w:t>○○</w:t>
                              </w:r>
                              <w:r w:rsidR="00315883">
                                <w:rPr>
                                  <w:rFonts w:ascii="ＭＳ 明朝" w:eastAsia="ＭＳ 明朝" w:hAnsi="ＭＳ 明朝" w:hint="eastAsia"/>
                                  <w:color w:val="EE0000"/>
                                  <w:sz w:val="16"/>
                                  <w:szCs w:val="16"/>
                                  <w:lang w:eastAsia="ja-JP"/>
                                </w:rPr>
                                <w:t>アイス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2750582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2361063"/>
                            <a:ext cx="375285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87D12" w14:textId="77777777" w:rsidR="002A4231" w:rsidRPr="00234506" w:rsidRDefault="002A4231" w:rsidP="002A4231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1369332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1976" y="2367887"/>
                            <a:ext cx="375314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7967C5" w14:textId="77777777" w:rsidR="002A4231" w:rsidRPr="00234506" w:rsidRDefault="002A4231" w:rsidP="002A4231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6506153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633415" y="5607809"/>
                            <a:ext cx="375285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EFB71D" w14:textId="77777777" w:rsidR="002A4231" w:rsidRPr="00C71DCE" w:rsidRDefault="002A4231" w:rsidP="002A4231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C71DCE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693200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397689" y="5605249"/>
                            <a:ext cx="375285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E5005E" w14:textId="77777777" w:rsidR="002A4231" w:rsidRPr="00C71DCE" w:rsidRDefault="002A4231" w:rsidP="002A4231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C71DCE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394199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020983" y="5605249"/>
                            <a:ext cx="375285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5C6B96" w14:textId="77777777" w:rsidR="002A4231" w:rsidRPr="00C71DCE" w:rsidRDefault="002A4231" w:rsidP="002A4231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C71DCE">
                                <w:rPr>
                                  <w:rFonts w:ascii="ＭＳ 明朝" w:eastAsia="ＭＳ 明朝" w:hAnsi="ＭＳ 明朝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17415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5116" y="1433015"/>
                            <a:ext cx="286603" cy="211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FC0E4E" w14:textId="77777777" w:rsidR="001D3172" w:rsidRPr="002130FE" w:rsidRDefault="001D3172" w:rsidP="001D3172">
                              <w:pPr>
                                <w:rPr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130FE">
                                <w:rPr>
                                  <w:rFonts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897907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3737" y="7324725"/>
                            <a:ext cx="490964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985A41" w14:textId="77777777" w:rsidR="00315883" w:rsidRPr="00D70022" w:rsidRDefault="00315883" w:rsidP="00315883">
                              <w:pPr>
                                <w:pStyle w:val="a9"/>
                                <w:rPr>
                                  <w:color w:val="EE0000"/>
                                  <w:lang w:eastAsia="ja-JP"/>
                                </w:rPr>
                              </w:pPr>
                              <w:r w:rsidRPr="00D70022">
                                <w:rPr>
                                  <w:rFonts w:hint="eastAsia"/>
                                  <w:color w:val="EE0000"/>
                                  <w:lang w:eastAsia="ja-JP"/>
                                </w:rPr>
                                <w:t>アイスクリーム・ソフトクリーム等の製造販売（</w:t>
                              </w:r>
                              <w:r w:rsidRPr="00D70022">
                                <w:rPr>
                                  <w:rFonts w:hint="eastAsia"/>
                                  <w:color w:val="EE0000"/>
                                  <w:lang w:eastAsia="ja-JP"/>
                                </w:rPr>
                                <w:t>店頭・テイクアウト）、</w:t>
                              </w:r>
                            </w:p>
                            <w:p w14:paraId="248DBE2B" w14:textId="708B0053" w:rsidR="009013EF" w:rsidRPr="00D70022" w:rsidRDefault="00315883" w:rsidP="00315883">
                              <w:pPr>
                                <w:pStyle w:val="a9"/>
                                <w:rPr>
                                  <w:color w:val="EE0000"/>
                                  <w:lang w:eastAsia="ja-JP"/>
                                </w:rPr>
                              </w:pPr>
                              <w:r w:rsidRPr="00D70022">
                                <w:rPr>
                                  <w:rFonts w:hint="eastAsia"/>
                                  <w:color w:val="EE0000"/>
                                  <w:lang w:eastAsia="ja-JP"/>
                                </w:rPr>
                                <w:t>ドリンク等の提供、ギフト・テイクアウト商品の物販。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623629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063922" y="5377218"/>
                            <a:ext cx="286603" cy="211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D5BB0E" w14:textId="77777777" w:rsidR="00A61D04" w:rsidRPr="002130FE" w:rsidRDefault="00A61D04" w:rsidP="00A61D04">
                              <w:pPr>
                                <w:rPr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130FE">
                                <w:rPr>
                                  <w:rFonts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9669172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575110" y="2886501"/>
                            <a:ext cx="375314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D2D9D9" w14:textId="77777777" w:rsidR="00DA0ACB" w:rsidRPr="00234506" w:rsidRDefault="00DA0ACB" w:rsidP="00DA0ACB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552264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882185" y="2886501"/>
                            <a:ext cx="375314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8C6511" w14:textId="77777777" w:rsidR="00DA0ACB" w:rsidRPr="00234506" w:rsidRDefault="00DA0ACB" w:rsidP="00DA0ACB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9731164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141492" y="2879678"/>
                            <a:ext cx="375314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A1661B" w14:textId="77777777" w:rsidR="00DA0ACB" w:rsidRPr="00234506" w:rsidRDefault="00DA0ACB" w:rsidP="00DA0ACB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EE0000"/>
                                  <w:sz w:val="21"/>
                                  <w:szCs w:val="21"/>
                                </w:rPr>
                              </w:pPr>
                              <w:r w:rsidRPr="00234506">
                                <w:rPr>
                                  <w:rFonts w:asciiTheme="minorEastAsia" w:hAnsiTheme="minorEastAsia" w:hint="eastAsia"/>
                                  <w:color w:val="EE0000"/>
                                  <w:sz w:val="21"/>
                                  <w:szCs w:val="21"/>
                                  <w:lang w:eastAsia="ja-JP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06A1F" id="グループ化 25" o:spid="_x0000_s1026" style="position:absolute;left:0;text-align:left;margin-left:-3.75pt;margin-top:0;width:595.45pt;height:839.25pt;z-index:251717632;mso-position-horizontal-relative:page" coordorigin="-136" coordsize="75622,106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ダイアグラム&#10;&#10;AI 生成コンテンツは誤りを含む可能性があります。" style="position:absolute;left:-136;width:75621;height:106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">
                  <v:imagedata r:id="rId9" o:title="ダイアグラム&#10;&#10;AI 生成コンテンツは誤りを含む可能性があります。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11464;top:18492;width:6209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" filled="f" stroked="f">
                  <v:textbox>
                    <w:txbxContent>
                      <w:p w14:paraId="72804F17" w14:textId="294DEED2" w:rsidR="00DC3FD8" w:rsidRPr="00234506" w:rsidRDefault="00B35237" w:rsidP="00D92E3E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8"/>
                            <w:szCs w:val="28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8"/>
                            <w:szCs w:val="28"/>
                            <w:lang w:eastAsia="ja-JP"/>
                          </w:rPr>
                          <w:t>○○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9075;top:23678;width:3753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" filled="f" stroked="f">
                  <v:textbox>
                    <w:txbxContent>
                      <w:p w14:paraId="093CDDC3" w14:textId="1649CC1D" w:rsidR="00335BA9" w:rsidRPr="00234506" w:rsidRDefault="002A4231" w:rsidP="00D92E3E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v:shape id="テキスト ボックス 2" o:spid="_x0000_s1030" type="#_x0000_t202" style="position:absolute;left:36576;top:15490;width:10577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" filled="f" stroked="f">
                  <v:textbox>
                    <w:txbxContent>
                      <w:p w14:paraId="604805ED" w14:textId="663B3917" w:rsidR="00335BA9" w:rsidRPr="00234506" w:rsidRDefault="00335BA9" w:rsidP="00335BA9">
                        <w:pPr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000　0000</w:t>
                        </w:r>
                      </w:p>
                    </w:txbxContent>
                  </v:textbox>
                </v:shape>
                <v:shape id="テキスト ボックス 2" o:spid="_x0000_s1031" type="#_x0000_t202" style="position:absolute;left:36644;top:17196;width:20540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" filled="f" stroked="f">
                  <v:textbox>
                    <w:txbxContent>
                      <w:p w14:paraId="3098A517" w14:textId="166D2FC7" w:rsidR="00335BA9" w:rsidRPr="00234506" w:rsidRDefault="00335BA9" w:rsidP="00335BA9">
                        <w:pPr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○○県○○市○○ 0丁目00</w:t>
                        </w:r>
                      </w:p>
                    </w:txbxContent>
                  </v:textbox>
                </v:shape>
                <v:shape id="テキスト ボックス 2" o:spid="_x0000_s1032" type="#_x0000_t202" style="position:absolute;left:53772;top:18833;width:12760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" filled="f" stroked="f">
                  <v:textbox>
                    <w:txbxContent>
                      <w:p w14:paraId="5C1B5035" w14:textId="3B1BA7E2" w:rsidR="00335BA9" w:rsidRPr="00234506" w:rsidRDefault="00335BA9" w:rsidP="00335BA9">
                        <w:pPr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000</w:t>
                        </w:r>
                        <w:r w:rsidR="00596D8E"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 xml:space="preserve">   </w:t>
                        </w: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0000</w:t>
                        </w:r>
                        <w:r w:rsidR="00596D8E"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 xml:space="preserve">    </w:t>
                        </w: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0000</w:t>
                        </w:r>
                      </w:p>
                    </w:txbxContent>
                  </v:textbox>
                </v:shape>
                <v:shape id="テキスト ボックス 2" o:spid="_x0000_s1033" type="#_x0000_t202" style="position:absolute;left:36576;top:29274;width:12757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" filled="f" stroked="f">
                  <v:textbox>
                    <w:txbxContent>
                      <w:p w14:paraId="57907B45" w14:textId="646D7CD2" w:rsidR="00596D8E" w:rsidRPr="00234506" w:rsidRDefault="00596D8E" w:rsidP="00D92E3E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8"/>
                            <w:szCs w:val="28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8"/>
                            <w:szCs w:val="28"/>
                            <w:lang w:eastAsia="ja-JP"/>
                          </w:rPr>
                          <w:t>○○　○○</w:t>
                        </w:r>
                      </w:p>
                    </w:txbxContent>
                  </v:textbox>
                </v:shape>
                <v:shape id="テキスト ボックス 2" o:spid="_x0000_s1034" type="#_x0000_t202" style="position:absolute;left:37053;top:26954;width:12757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" filled="f" stroked="f">
                  <v:textbox>
                    <w:txbxContent>
                      <w:p w14:paraId="4C153418" w14:textId="6C0C1F84" w:rsidR="00596D8E" w:rsidRPr="00234506" w:rsidRDefault="00596D8E" w:rsidP="00D92E3E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16"/>
                            <w:szCs w:val="16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16"/>
                            <w:szCs w:val="16"/>
                            <w:lang w:eastAsia="ja-JP"/>
                          </w:rPr>
                          <w:t xml:space="preserve">○○○○　 </w:t>
                        </w: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16"/>
                            <w:szCs w:val="16"/>
                            <w:lang w:eastAsia="ja-JP"/>
                          </w:rPr>
                          <w:t>○○○○</w:t>
                        </w:r>
                      </w:p>
                    </w:txbxContent>
                  </v:textbox>
                </v:shape>
                <v:shape id="テキスト ボックス 2" o:spid="_x0000_s1035" type="#_x0000_t202" style="position:absolute;left:52748;top:28046;width:2866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" filled="f" stroked="f">
                  <v:textbox>
                    <w:txbxContent>
                      <w:p w14:paraId="587D4ADB" w14:textId="7727119B" w:rsidR="00596D8E" w:rsidRPr="002130FE" w:rsidRDefault="00596D8E" w:rsidP="00596D8E">
                        <w:pPr>
                          <w:rPr>
                            <w:color w:val="EE0000"/>
                            <w:sz w:val="21"/>
                            <w:szCs w:val="21"/>
                          </w:rPr>
                        </w:pPr>
                        <w:r w:rsidRPr="002130FE">
                          <w:rPr>
                            <w:rFonts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✓</w:t>
                        </w:r>
                      </w:p>
                    </w:txbxContent>
                  </v:textbox>
                </v:shape>
                <v:shape id="テキスト ボックス 2" o:spid="_x0000_s1036" type="#_x0000_t202" style="position:absolute;left:16718;top:43058;width:2866;height:2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" filled="f" stroked="f">
                  <v:textbox>
                    <w:txbxContent>
                      <w:p w14:paraId="09890109" w14:textId="77777777" w:rsidR="00596D8E" w:rsidRPr="002130FE" w:rsidRDefault="00596D8E" w:rsidP="00596D8E">
                        <w:pPr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130FE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✓</w:t>
                        </w:r>
                      </w:p>
                    </w:txbxContent>
                  </v:textbox>
                </v:shape>
                <v:shape id="テキスト ボックス 2" o:spid="_x0000_s1037" type="#_x0000_t202" style="position:absolute;left:54113;top:67897;width:2866;height:2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" filled="f" stroked="f">
                  <v:textbox>
                    <w:txbxContent>
                      <w:p w14:paraId="0EA0541F" w14:textId="77777777" w:rsidR="008204AD" w:rsidRPr="002130FE" w:rsidRDefault="008204AD" w:rsidP="008204AD">
                        <w:pPr>
                          <w:rPr>
                            <w:color w:val="EE0000"/>
                            <w:sz w:val="21"/>
                            <w:szCs w:val="21"/>
                          </w:rPr>
                        </w:pPr>
                        <w:r w:rsidRPr="002130FE">
                          <w:rPr>
                            <w:rFonts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✓</w:t>
                        </w:r>
                      </w:p>
                    </w:txbxContent>
                  </v:textbox>
                </v:shape>
                <v:shape id="テキスト ボックス 2" o:spid="_x0000_s1038" type="#_x0000_t202" style="position:absolute;left:57047;top:70285;width:2866;height:2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" filled="f" stroked="f">
                  <v:textbox>
                    <w:txbxContent>
                      <w:p w14:paraId="5C002D13" w14:textId="77777777" w:rsidR="008204AD" w:rsidRPr="002130FE" w:rsidRDefault="008204AD" w:rsidP="008204AD">
                        <w:pPr>
                          <w:rPr>
                            <w:color w:val="EE0000"/>
                            <w:sz w:val="21"/>
                            <w:szCs w:val="21"/>
                          </w:rPr>
                        </w:pPr>
                        <w:r w:rsidRPr="002130FE">
                          <w:rPr>
                            <w:rFonts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✓</w:t>
                        </w:r>
                      </w:p>
                    </w:txbxContent>
                  </v:textbox>
                </v:shape>
                <v:shape id="テキスト ボックス 2" o:spid="_x0000_s1039" type="#_x0000_t202" style="position:absolute;left:33778;top:33164;width:34665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" filled="f" stroked="f">
                  <v:textbox>
                    <w:txbxContent>
                      <w:p w14:paraId="31A58A8C" w14:textId="2FAE535C" w:rsidR="008204AD" w:rsidRPr="00234506" w:rsidRDefault="008204AD" w:rsidP="008204AD">
                        <w:pPr>
                          <w:ind w:firstLineChars="50" w:firstLine="140"/>
                          <w:rPr>
                            <w:rFonts w:asciiTheme="minorEastAsia" w:hAnsiTheme="minorEastAsia"/>
                            <w:color w:val="EE0000"/>
                            <w:sz w:val="28"/>
                            <w:szCs w:val="28"/>
                            <w:lang w:eastAsia="ja-JP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8"/>
                            <w:szCs w:val="28"/>
                            <w:lang w:eastAsia="ja-JP"/>
                          </w:rPr>
                          <w:t xml:space="preserve">0　0　0　0　0　0　0　0 </w:t>
                        </w:r>
                        <w:r w:rsidR="002A4231" w:rsidRPr="00234506">
                          <w:rPr>
                            <w:rFonts w:asciiTheme="minorEastAsia" w:hAnsiTheme="minorEastAsia" w:hint="eastAsia"/>
                            <w:color w:val="EE0000"/>
                            <w:sz w:val="28"/>
                            <w:szCs w:val="28"/>
                            <w:lang w:eastAsia="ja-JP"/>
                          </w:rPr>
                          <w:t xml:space="preserve"> </w:t>
                        </w: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8"/>
                            <w:szCs w:val="28"/>
                            <w:lang w:eastAsia="ja-JP"/>
                          </w:rPr>
                          <w:t>0　0　0　0</w:t>
                        </w:r>
                      </w:p>
                      <w:p w14:paraId="4263C031" w14:textId="620D8540" w:rsidR="008204AD" w:rsidRPr="00234506" w:rsidRDefault="008204AD" w:rsidP="008204AD">
                        <w:pPr>
                          <w:ind w:firstLineChars="50" w:firstLine="140"/>
                          <w:rPr>
                            <w:rFonts w:asciiTheme="minorEastAsia" w:hAnsiTheme="minorEastAsia"/>
                            <w:color w:val="EE0000"/>
                            <w:sz w:val="28"/>
                            <w:szCs w:val="28"/>
                            <w:lang w:eastAsia="ja-JP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8"/>
                            <w:szCs w:val="28"/>
                            <w:lang w:eastAsia="ja-JP"/>
                          </w:rPr>
                          <w:t xml:space="preserve">　　　　　  </w:t>
                        </w:r>
                      </w:p>
                      <w:p w14:paraId="06108444" w14:textId="69565FC9" w:rsidR="008204AD" w:rsidRPr="00234506" w:rsidRDefault="008204AD" w:rsidP="008204AD">
                        <w:pPr>
                          <w:ind w:firstLineChars="50" w:firstLine="140"/>
                          <w:rPr>
                            <w:rFonts w:asciiTheme="minorEastAsia" w:hAnsiTheme="minorEastAsia"/>
                            <w:color w:val="EE0000"/>
                            <w:sz w:val="28"/>
                            <w:szCs w:val="28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8"/>
                            <w:szCs w:val="28"/>
                            <w:lang w:eastAsia="ja-JP"/>
                          </w:rPr>
                          <w:t>○</w:t>
                        </w:r>
                      </w:p>
                    </w:txbxContent>
                  </v:textbox>
                </v:shape>
                <v:shape id="テキスト ボックス 2" o:spid="_x0000_s1040" type="#_x0000_t202" style="position:absolute;left:33873;top:36004;width:19312;height:5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" filled="f" stroked="f">
                  <v:textbox>
                    <w:txbxContent>
                      <w:p w14:paraId="64DE40BA" w14:textId="77777777" w:rsidR="00315883" w:rsidRPr="00315883" w:rsidRDefault="00315883" w:rsidP="00315883">
                        <w:pPr>
                          <w:pStyle w:val="a9"/>
                          <w:rPr>
                            <w:color w:val="EE0000"/>
                            <w:sz w:val="18"/>
                            <w:szCs w:val="18"/>
                            <w:lang w:eastAsia="ja-JP"/>
                          </w:rPr>
                        </w:pPr>
                        <w:r w:rsidRPr="00315883">
                          <w:rPr>
                            <w:rFonts w:hint="eastAsia"/>
                            <w:color w:val="EE0000"/>
                            <w:sz w:val="18"/>
                            <w:szCs w:val="18"/>
                            <w:lang w:eastAsia="ja-JP"/>
                          </w:rPr>
                          <w:t>飲食業</w:t>
                        </w:r>
                      </w:p>
                      <w:p w14:paraId="0EF14298" w14:textId="7B396B81" w:rsidR="00D92E3E" w:rsidRPr="00315883" w:rsidRDefault="00315883" w:rsidP="00315883">
                        <w:pPr>
                          <w:pStyle w:val="a9"/>
                          <w:rPr>
                            <w:color w:val="EE0000"/>
                            <w:sz w:val="18"/>
                            <w:szCs w:val="18"/>
                            <w:lang w:eastAsia="ja-JP"/>
                          </w:rPr>
                        </w:pPr>
                        <w:r w:rsidRPr="00315883">
                          <w:rPr>
                            <w:rFonts w:hint="eastAsia"/>
                            <w:color w:val="EE0000"/>
                            <w:sz w:val="18"/>
                            <w:szCs w:val="18"/>
                            <w:lang w:eastAsia="ja-JP"/>
                          </w:rPr>
                          <w:t>（アイスクリーム販売）</w:t>
                        </w:r>
                      </w:p>
                    </w:txbxContent>
                  </v:textbox>
                </v:shape>
                <v:shape id="テキスト ボックス 2" o:spid="_x0000_s1041" type="#_x0000_t202" style="position:absolute;left:53089;top:37053;width:12757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" filled="f" stroked="f">
                  <v:textbox>
                    <w:txbxContent>
                      <w:p w14:paraId="1C1A9800" w14:textId="08C1CE56" w:rsidR="00D92E3E" w:rsidRPr="00234506" w:rsidRDefault="00315883" w:rsidP="00D92E3E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8"/>
                            <w:szCs w:val="28"/>
                          </w:rPr>
                        </w:pPr>
                        <w:r w:rsidRPr="00315883">
                          <w:rPr>
                            <w:rFonts w:asciiTheme="minorEastAsia" w:hAnsiTheme="minorEastAsia" w:hint="eastAsia"/>
                            <w:color w:val="EE0000"/>
                            <w:sz w:val="28"/>
                            <w:szCs w:val="28"/>
                            <w:lang w:eastAsia="ja-JP"/>
                          </w:rPr>
                          <w:t>〇〇ICE CREAM</w:t>
                        </w:r>
                      </w:p>
                    </w:txbxContent>
                  </v:textbox>
                </v:shape>
                <v:shape id="テキスト ボックス 2" o:spid="_x0000_s1042" type="#_x0000_t202" style="position:absolute;left:52833;top:35415;width:12758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" filled="f" stroked="f">
                  <v:textbox>
                    <w:txbxContent>
                      <w:p w14:paraId="5E0204E8" w14:textId="19F38934" w:rsidR="002A4231" w:rsidRPr="00234506" w:rsidRDefault="002A4231" w:rsidP="002A4231">
                        <w:pPr>
                          <w:jc w:val="center"/>
                          <w:rPr>
                            <w:rFonts w:ascii="ＭＳ 明朝" w:eastAsia="ＭＳ 明朝" w:hAnsi="ＭＳ 明朝"/>
                            <w:color w:val="EE0000"/>
                            <w:sz w:val="16"/>
                            <w:szCs w:val="16"/>
                          </w:rPr>
                        </w:pPr>
                        <w:r w:rsidRPr="00234506">
                          <w:rPr>
                            <w:rFonts w:ascii="ＭＳ 明朝" w:eastAsia="ＭＳ 明朝" w:hAnsi="ＭＳ 明朝" w:hint="eastAsia"/>
                            <w:color w:val="EE0000"/>
                            <w:sz w:val="16"/>
                            <w:szCs w:val="16"/>
                            <w:lang w:eastAsia="ja-JP"/>
                          </w:rPr>
                          <w:t>○○</w:t>
                        </w:r>
                        <w:r w:rsidR="00315883">
                          <w:rPr>
                            <w:rFonts w:ascii="ＭＳ 明朝" w:eastAsia="ＭＳ 明朝" w:hAnsi="ＭＳ 明朝" w:hint="eastAsia"/>
                            <w:color w:val="EE0000"/>
                            <w:sz w:val="16"/>
                            <w:szCs w:val="16"/>
                            <w:lang w:eastAsia="ja-JP"/>
                          </w:rPr>
                          <w:t>アイス</w:t>
                        </w:r>
                      </w:p>
                    </w:txbxContent>
                  </v:textbox>
                </v:shape>
                <v:shape id="テキスト ボックス 2" o:spid="_x0000_s1043" type="#_x0000_t202" style="position:absolute;left:13716;top:23610;width:3752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" filled="f" stroked="f">
                  <v:textbox>
                    <w:txbxContent>
                      <w:p w14:paraId="08187D12" w14:textId="77777777" w:rsidR="002A4231" w:rsidRPr="00234506" w:rsidRDefault="002A4231" w:rsidP="002A4231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v:shape id="テキスト ボックス 2" o:spid="_x0000_s1044" type="#_x0000_t202" style="position:absolute;left:18219;top:23678;width:3753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" filled="f" stroked="f">
                  <v:textbox>
                    <w:txbxContent>
                      <w:p w14:paraId="3E7967C5" w14:textId="77777777" w:rsidR="002A4231" w:rsidRPr="00234506" w:rsidRDefault="002A4231" w:rsidP="002A4231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v:shape id="テキスト ボックス 2" o:spid="_x0000_s1045" type="#_x0000_t202" style="position:absolute;left:46334;top:56078;width:3753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" filled="f" stroked="f">
                  <v:textbox>
                    <w:txbxContent>
                      <w:p w14:paraId="3CEFB71D" w14:textId="77777777" w:rsidR="002A4231" w:rsidRPr="00C71DCE" w:rsidRDefault="002A4231" w:rsidP="002A4231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C71DCE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v:shape id="テキスト ボックス 2" o:spid="_x0000_s1046" type="#_x0000_t202" style="position:absolute;left:53976;top:56052;width:3753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" filled="f" stroked="f">
                  <v:textbox>
                    <w:txbxContent>
                      <w:p w14:paraId="63E5005E" w14:textId="77777777" w:rsidR="002A4231" w:rsidRPr="00C71DCE" w:rsidRDefault="002A4231" w:rsidP="002A4231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C71DCE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v:shape id="テキスト ボックス 2" o:spid="_x0000_s1047" type="#_x0000_t202" style="position:absolute;left:50209;top:56052;width:3753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" filled="f" stroked="f">
                  <v:textbox>
                    <w:txbxContent>
                      <w:p w14:paraId="685C6B96" w14:textId="77777777" w:rsidR="002A4231" w:rsidRPr="00C71DCE" w:rsidRDefault="002A4231" w:rsidP="002A4231">
                        <w:pPr>
                          <w:jc w:val="center"/>
                          <w:rPr>
                            <w:rFonts w:ascii="ＭＳ 明朝" w:eastAsia="ＭＳ 明朝" w:hAnsi="ＭＳ 明朝"/>
                            <w:color w:val="EE0000"/>
                            <w:sz w:val="21"/>
                            <w:szCs w:val="21"/>
                          </w:rPr>
                        </w:pPr>
                        <w:r w:rsidRPr="00C71DCE">
                          <w:rPr>
                            <w:rFonts w:ascii="ＭＳ 明朝" w:eastAsia="ＭＳ 明朝" w:hAnsi="ＭＳ 明朝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v:shape id="テキスト ボックス 2" o:spid="_x0000_s1048" type="#_x0000_t202" style="position:absolute;left:34051;top:14330;width:2866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" filled="f" stroked="f">
                  <v:textbox>
                    <w:txbxContent>
                      <w:p w14:paraId="0AFC0E4E" w14:textId="77777777" w:rsidR="001D3172" w:rsidRPr="002130FE" w:rsidRDefault="001D3172" w:rsidP="001D3172">
                        <w:pPr>
                          <w:rPr>
                            <w:color w:val="EE0000"/>
                            <w:sz w:val="21"/>
                            <w:szCs w:val="21"/>
                          </w:rPr>
                        </w:pPr>
                        <w:r w:rsidRPr="002130FE">
                          <w:rPr>
                            <w:rFonts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✓</w:t>
                        </w:r>
                      </w:p>
                    </w:txbxContent>
                  </v:textbox>
                </v:shape>
                <v:shape id="テキスト ボックス 2" o:spid="_x0000_s1049" type="#_x0000_t202" style="position:absolute;left:17537;top:73247;width:49096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" filled="f" stroked="f">
                  <v:textbox>
                    <w:txbxContent>
                      <w:p w14:paraId="1F985A41" w14:textId="77777777" w:rsidR="00315883" w:rsidRPr="00D70022" w:rsidRDefault="00315883" w:rsidP="00315883">
                        <w:pPr>
                          <w:pStyle w:val="a9"/>
                          <w:rPr>
                            <w:color w:val="EE0000"/>
                            <w:lang w:eastAsia="ja-JP"/>
                          </w:rPr>
                        </w:pPr>
                        <w:r w:rsidRPr="00D70022">
                          <w:rPr>
                            <w:rFonts w:hint="eastAsia"/>
                            <w:color w:val="EE0000"/>
                            <w:lang w:eastAsia="ja-JP"/>
                          </w:rPr>
                          <w:t>アイスクリーム・ソフトクリーム等の製造販売（</w:t>
                        </w:r>
                        <w:r w:rsidRPr="00D70022">
                          <w:rPr>
                            <w:rFonts w:hint="eastAsia"/>
                            <w:color w:val="EE0000"/>
                            <w:lang w:eastAsia="ja-JP"/>
                          </w:rPr>
                          <w:t>店頭・テイクアウト）、</w:t>
                        </w:r>
                      </w:p>
                      <w:p w14:paraId="248DBE2B" w14:textId="708B0053" w:rsidR="009013EF" w:rsidRPr="00D70022" w:rsidRDefault="00315883" w:rsidP="00315883">
                        <w:pPr>
                          <w:pStyle w:val="a9"/>
                          <w:rPr>
                            <w:color w:val="EE0000"/>
                            <w:lang w:eastAsia="ja-JP"/>
                          </w:rPr>
                        </w:pPr>
                        <w:r w:rsidRPr="00D70022">
                          <w:rPr>
                            <w:rFonts w:hint="eastAsia"/>
                            <w:color w:val="EE0000"/>
                            <w:lang w:eastAsia="ja-JP"/>
                          </w:rPr>
                          <w:t>ドリンク等の提供、ギフト・テイクアウト商品の物販。</w:t>
                        </w:r>
                      </w:p>
                    </w:txbxContent>
                  </v:textbox>
                </v:shape>
                <v:shape id="テキスト ボックス 2" o:spid="_x0000_s1050" type="#_x0000_t202" style="position:absolute;left:30639;top:53772;width:2866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" filled="f" stroked="f">
                  <v:textbox>
                    <w:txbxContent>
                      <w:p w14:paraId="75D5BB0E" w14:textId="77777777" w:rsidR="00A61D04" w:rsidRPr="002130FE" w:rsidRDefault="00A61D04" w:rsidP="00A61D04">
                        <w:pPr>
                          <w:rPr>
                            <w:color w:val="EE0000"/>
                            <w:sz w:val="21"/>
                            <w:szCs w:val="21"/>
                          </w:rPr>
                        </w:pPr>
                        <w:r w:rsidRPr="002130FE">
                          <w:rPr>
                            <w:rFonts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✓</w:t>
                        </w:r>
                      </w:p>
                    </w:txbxContent>
                  </v:textbox>
                </v:shape>
                <v:shape id="テキスト ボックス 2" o:spid="_x0000_s1051" type="#_x0000_t202" style="position:absolute;left:55751;top:28865;width:3753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" filled="f" stroked="f">
                  <v:textbox>
                    <w:txbxContent>
                      <w:p w14:paraId="20D2D9D9" w14:textId="77777777" w:rsidR="00DA0ACB" w:rsidRPr="00234506" w:rsidRDefault="00DA0ACB" w:rsidP="00DA0ACB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v:shape id="テキスト ボックス 2" o:spid="_x0000_s1052" type="#_x0000_t202" style="position:absolute;left:58821;top:28865;width:3753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" filled="f" stroked="f">
                  <v:textbox>
                    <w:txbxContent>
                      <w:p w14:paraId="7D8C6511" w14:textId="77777777" w:rsidR="00DA0ACB" w:rsidRPr="00234506" w:rsidRDefault="00DA0ACB" w:rsidP="00DA0ACB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v:shape id="テキスト ボックス 2" o:spid="_x0000_s1053" type="#_x0000_t202" style="position:absolute;left:61414;top:28796;width:3754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" filled="f" stroked="f">
                  <v:textbox>
                    <w:txbxContent>
                      <w:p w14:paraId="4BA1661B" w14:textId="77777777" w:rsidR="00DA0ACB" w:rsidRPr="00234506" w:rsidRDefault="00DA0ACB" w:rsidP="00DA0ACB">
                        <w:pPr>
                          <w:jc w:val="center"/>
                          <w:rPr>
                            <w:rFonts w:asciiTheme="minorEastAsia" w:hAnsiTheme="minorEastAsia"/>
                            <w:color w:val="EE0000"/>
                            <w:sz w:val="21"/>
                            <w:szCs w:val="21"/>
                          </w:rPr>
                        </w:pPr>
                        <w:r w:rsidRPr="00234506">
                          <w:rPr>
                            <w:rFonts w:asciiTheme="minorEastAsia" w:hAnsiTheme="minorEastAsia" w:hint="eastAsia"/>
                            <w:color w:val="EE0000"/>
                            <w:sz w:val="21"/>
                            <w:szCs w:val="21"/>
                            <w:lang w:eastAsia="ja-JP"/>
                          </w:rPr>
                          <w:t>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FD87117" w14:textId="5D28B8B4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39B94167" w14:textId="7777777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3B14E123" w14:textId="0EBBCE59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49C9DCA8" w14:textId="0336B03A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3B080170" w14:textId="3B1B9993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5C416C5A" w14:textId="17F78E58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2DAFD683" w14:textId="5E0666F1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1DE3748E" w14:textId="28D1D002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747E5C7A" w14:textId="10ABFD2D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7FB20607" w14:textId="0E48A624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2D7A8301" w14:textId="57AE1A73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3EF8171E" w14:textId="72DE70A1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47705E24" w14:textId="195299B4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54D25AF9" w14:textId="6BD377DF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7BB4CF6E" w14:textId="0C61AEEF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64EC2524" w14:textId="0B71341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56963258" w14:textId="50D064E8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7D69C265" w14:textId="7777777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6A43FFB2" w14:textId="7777777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3B399DB3" w14:textId="13F1CBDD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055C58D2" w14:textId="25BE89CA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11FA146C" w14:textId="45E48381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6AA8AAC2" w14:textId="1EB12DC8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4F61A788" w14:textId="7777777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6C7412F1" w14:textId="1F77AFE9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093A9137" w14:textId="17964B9C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36B9F500" w14:textId="1AAF6D24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5FD14B3D" w14:textId="52D3ABFB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6CCF7F62" w14:textId="7777777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6CFF6754" w14:textId="7777777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387F2D4E" w14:textId="7777777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678D898C" w14:textId="77777777" w:rsidR="00A61D04" w:rsidRPr="009C5272" w:rsidRDefault="00A61D04" w:rsidP="00BF4CCA">
      <w:pPr>
        <w:ind w:leftChars="-386" w:left="-849" w:firstLine="1"/>
        <w:jc w:val="center"/>
        <w:rPr>
          <w:rFonts w:asciiTheme="minorEastAsia" w:hAnsiTheme="minorEastAsia"/>
          <w:lang w:eastAsia="ja-JP"/>
        </w:rPr>
      </w:pPr>
    </w:p>
    <w:p w14:paraId="45E78615" w14:textId="27C744B8" w:rsidR="00A61D04" w:rsidRPr="009C5272" w:rsidRDefault="00A61D04" w:rsidP="008E1CEE">
      <w:pPr>
        <w:ind w:rightChars="385" w:right="847"/>
        <w:rPr>
          <w:rFonts w:asciiTheme="minorEastAsia" w:hAnsiTheme="minorEastAsia"/>
          <w:lang w:eastAsia="ja-JP"/>
        </w:rPr>
      </w:pPr>
    </w:p>
    <w:p w14:paraId="4A857A51" w14:textId="77777777" w:rsidR="00D70022" w:rsidRPr="009C5272" w:rsidRDefault="00D70022" w:rsidP="001A4B05">
      <w:pPr>
        <w:ind w:leftChars="385" w:left="849" w:rightChars="385" w:right="847" w:hanging="2"/>
        <w:rPr>
          <w:rFonts w:asciiTheme="minorEastAsia" w:hAnsiTheme="minorEastAsia"/>
          <w:lang w:eastAsia="ja-JP"/>
        </w:rPr>
      </w:pPr>
    </w:p>
    <w:p w14:paraId="3BE85D44" w14:textId="77777777" w:rsidR="00D70022" w:rsidRPr="009C5272" w:rsidRDefault="00D70022" w:rsidP="001A4B05">
      <w:pPr>
        <w:ind w:leftChars="385" w:left="849" w:rightChars="385" w:right="847" w:hanging="2"/>
        <w:rPr>
          <w:rFonts w:asciiTheme="minorEastAsia" w:hAnsiTheme="minorEastAsia"/>
          <w:lang w:eastAsia="ja-JP"/>
        </w:rPr>
      </w:pPr>
    </w:p>
    <w:p w14:paraId="04F6E147" w14:textId="3DF85747" w:rsidR="00D70022" w:rsidRPr="009C5272" w:rsidRDefault="008E1CEE" w:rsidP="00D70022">
      <w:pPr>
        <w:tabs>
          <w:tab w:val="left" w:pos="1470"/>
        </w:tabs>
        <w:ind w:leftChars="386" w:left="849" w:rightChars="385" w:right="847" w:firstLine="2"/>
        <w:jc w:val="center"/>
        <w:rPr>
          <w:rFonts w:asciiTheme="minorEastAsia" w:hAnsiTheme="minorEastAsia"/>
          <w:b/>
          <w:bCs/>
          <w:sz w:val="32"/>
          <w:szCs w:val="32"/>
          <w:lang w:eastAsia="ja-JP"/>
        </w:rPr>
      </w:pPr>
      <w:r w:rsidRPr="009C5272">
        <w:rPr>
          <w:rFonts w:asciiTheme="minorEastAsia" w:hAnsiTheme="minorEastAsia" w:hint="eastAsia"/>
          <w:b/>
          <w:bCs/>
          <w:sz w:val="32"/>
          <w:szCs w:val="32"/>
          <w:lang w:eastAsia="ja-JP"/>
        </w:rPr>
        <w:t>開業届</w:t>
      </w:r>
      <w:r w:rsidR="00D70022" w:rsidRPr="009C5272">
        <w:rPr>
          <w:rFonts w:asciiTheme="minorEastAsia" w:hAnsiTheme="minorEastAsia" w:hint="eastAsia"/>
          <w:b/>
          <w:bCs/>
          <w:sz w:val="32"/>
          <w:szCs w:val="32"/>
          <w:lang w:eastAsia="ja-JP"/>
        </w:rPr>
        <w:t>提出前チェックリスト</w:t>
      </w:r>
    </w:p>
    <w:p w14:paraId="514F24E7" w14:textId="77777777" w:rsidR="00D70022" w:rsidRPr="009C5272" w:rsidRDefault="00D70022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</w:p>
    <w:p w14:paraId="2B8C57D3" w14:textId="77777777" w:rsidR="00D70022" w:rsidRPr="009C5272" w:rsidRDefault="00D70022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</w:p>
    <w:p w14:paraId="7332E3F1" w14:textId="6447A4DB" w:rsidR="00D70022" w:rsidRPr="009C5272" w:rsidRDefault="00D70022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開業届の「提出日」は提出する日付になっている</w:t>
      </w:r>
    </w:p>
    <w:p w14:paraId="2FD28E65" w14:textId="77777777" w:rsidR="009C6DCC" w:rsidRPr="009C5272" w:rsidRDefault="009C6DCC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 w:cs="Segoe UI Symbol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 xml:space="preserve">☐ </w:t>
      </w:r>
      <w:r w:rsidRPr="009C5272">
        <w:rPr>
          <w:rFonts w:asciiTheme="minorEastAsia" w:hAnsiTheme="minorEastAsia" w:cs="Segoe UI Symbol" w:hint="eastAsia"/>
          <w:lang w:eastAsia="ja-JP"/>
        </w:rPr>
        <w:t>納税地（住所地／居所地／事業所等）を選び、住所・電話番号を記入した</w:t>
      </w:r>
    </w:p>
    <w:p w14:paraId="2608D6D0" w14:textId="4FC0BAFE" w:rsidR="00D70022" w:rsidRPr="009C5272" w:rsidRDefault="00D70022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店舗（営業所）の住所を記入した（納税地との関係を整理）</w:t>
      </w:r>
    </w:p>
    <w:p w14:paraId="3C25B2FF" w14:textId="77777777" w:rsidR="00D70022" w:rsidRPr="009C5272" w:rsidRDefault="00D70022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「職業」「事業の概要」がアイスクリーム店の内容になっている（提供形態：店内</w:t>
      </w:r>
      <w:r w:rsidRPr="009C5272">
        <w:rPr>
          <w:rFonts w:asciiTheme="minorEastAsia" w:hAnsiTheme="minorEastAsia"/>
          <w:lang w:eastAsia="ja-JP"/>
        </w:rPr>
        <w:t>/</w:t>
      </w:r>
      <w:r w:rsidRPr="009C5272">
        <w:rPr>
          <w:rFonts w:asciiTheme="minorEastAsia" w:hAnsiTheme="minorEastAsia" w:hint="eastAsia"/>
          <w:lang w:eastAsia="ja-JP"/>
        </w:rPr>
        <w:t>テイクアウト</w:t>
      </w:r>
      <w:r w:rsidRPr="009C5272">
        <w:rPr>
          <w:rFonts w:asciiTheme="minorEastAsia" w:hAnsiTheme="minorEastAsia"/>
          <w:lang w:eastAsia="ja-JP"/>
        </w:rPr>
        <w:t>/</w:t>
      </w:r>
      <w:r w:rsidRPr="009C5272">
        <w:rPr>
          <w:rFonts w:asciiTheme="minorEastAsia" w:hAnsiTheme="minorEastAsia" w:hint="eastAsia"/>
          <w:lang w:eastAsia="ja-JP"/>
        </w:rPr>
        <w:t>物販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等）</w:t>
      </w:r>
    </w:p>
    <w:p w14:paraId="0D50AB6B" w14:textId="77777777" w:rsidR="00D70022" w:rsidRPr="009C5272" w:rsidRDefault="00D70022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開業日（実際に有料で販売を開始した日）を決めた（許可申請日・工事完了日と混同していない）</w:t>
      </w:r>
    </w:p>
    <w:p w14:paraId="6ACCE5FC" w14:textId="75699651" w:rsidR="00D70022" w:rsidRPr="009C5272" w:rsidRDefault="00D70022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屋号を決めて記入した（任意）</w:t>
      </w:r>
    </w:p>
    <w:p w14:paraId="573BF6F8" w14:textId="77777777" w:rsidR="009C6DCC" w:rsidRPr="009C5272" w:rsidRDefault="009C6DCC" w:rsidP="009C6DCC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 w:cs="Segoe UI Symbol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 xml:space="preserve">☐ </w:t>
      </w:r>
      <w:r w:rsidRPr="009C5272">
        <w:rPr>
          <w:rFonts w:asciiTheme="minorEastAsia" w:hAnsiTheme="minorEastAsia" w:cs="Segoe UI Symbol" w:hint="eastAsia"/>
          <w:lang w:eastAsia="ja-JP"/>
        </w:rPr>
        <w:t>従業員がいない場合、「給与等の支払の状況」は「無」で記入した</w:t>
      </w:r>
    </w:p>
    <w:p w14:paraId="327E69E0" w14:textId="77777777" w:rsidR="009C6DCC" w:rsidRPr="009C5272" w:rsidRDefault="009C6DCC" w:rsidP="009C6DCC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 w:cs="Segoe UI Symbol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 xml:space="preserve">☐ </w:t>
      </w:r>
      <w:r w:rsidRPr="009C5272">
        <w:rPr>
          <w:rFonts w:asciiTheme="minorEastAsia" w:hAnsiTheme="minorEastAsia" w:cs="Segoe UI Symbol" w:hint="eastAsia"/>
          <w:lang w:eastAsia="ja-JP"/>
        </w:rPr>
        <w:t>書面提出の場合：マイナンバー記入と本人確認書類（番号確認＋身元確認）を準備した（</w:t>
      </w:r>
      <w:r w:rsidRPr="009C5272">
        <w:rPr>
          <w:rFonts w:asciiTheme="minorEastAsia" w:hAnsiTheme="minorEastAsia" w:cs="Segoe UI Symbol"/>
          <w:lang w:eastAsia="ja-JP"/>
        </w:rPr>
        <w:t>e-Tax</w:t>
      </w:r>
      <w:r w:rsidRPr="009C5272">
        <w:rPr>
          <w:rFonts w:asciiTheme="minorEastAsia" w:hAnsiTheme="minorEastAsia" w:cs="Segoe UI Symbol" w:hint="eastAsia"/>
          <w:lang w:eastAsia="ja-JP"/>
        </w:rPr>
        <w:t>は提示不要）</w:t>
      </w:r>
    </w:p>
    <w:p w14:paraId="36B091CA" w14:textId="77777777" w:rsidR="009C6DCC" w:rsidRPr="009C5272" w:rsidRDefault="009C6DCC" w:rsidP="009C6DCC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 w:cs="Segoe UI Symbol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 xml:space="preserve">☐ </w:t>
      </w:r>
      <w:r w:rsidRPr="009C5272">
        <w:rPr>
          <w:rFonts w:asciiTheme="minorEastAsia" w:hAnsiTheme="minorEastAsia" w:cs="Segoe UI Symbol" w:hint="eastAsia"/>
          <w:lang w:eastAsia="ja-JP"/>
        </w:rPr>
        <w:t>控え（コピー）を保管用として作成した</w:t>
      </w:r>
    </w:p>
    <w:p w14:paraId="2ED5BCF0" w14:textId="77777777" w:rsidR="009C6DCC" w:rsidRPr="009C5272" w:rsidRDefault="009C6DCC" w:rsidP="009C6DCC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 w:cs="Segoe UI Symbol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 xml:space="preserve">☐ </w:t>
      </w:r>
      <w:r w:rsidRPr="009C5272">
        <w:rPr>
          <w:rFonts w:asciiTheme="minorEastAsia" w:hAnsiTheme="minorEastAsia" w:cs="Segoe UI Symbol" w:hint="eastAsia"/>
          <w:lang w:eastAsia="ja-JP"/>
        </w:rPr>
        <w:t>郵送提出なら返信用封筒・切手を用意した（控え返送用）</w:t>
      </w:r>
    </w:p>
    <w:p w14:paraId="768ADAB2" w14:textId="58BE12C3" w:rsidR="009A1E64" w:rsidRPr="009C5272" w:rsidRDefault="009C6DCC" w:rsidP="009C6DCC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 xml:space="preserve">☐ </w:t>
      </w:r>
      <w:r w:rsidRPr="009C5272">
        <w:rPr>
          <w:rFonts w:asciiTheme="minorEastAsia" w:hAnsiTheme="minorEastAsia" w:cs="Segoe UI Symbol" w:hint="eastAsia"/>
          <w:lang w:eastAsia="ja-JP"/>
        </w:rPr>
        <w:t>青色希望なら「青色申告承認申請書」も期限内に準備（原則</w:t>
      </w:r>
      <w:r w:rsidRPr="009C5272">
        <w:rPr>
          <w:rFonts w:asciiTheme="minorEastAsia" w:hAnsiTheme="minorEastAsia" w:cs="Segoe UI Symbol"/>
          <w:lang w:eastAsia="ja-JP"/>
        </w:rPr>
        <w:t>3/15</w:t>
      </w:r>
      <w:r w:rsidRPr="009C5272">
        <w:rPr>
          <w:rFonts w:asciiTheme="minorEastAsia" w:hAnsiTheme="minorEastAsia" w:cs="Segoe UI Symbol" w:hint="eastAsia"/>
          <w:lang w:eastAsia="ja-JP"/>
        </w:rPr>
        <w:t>、</w:t>
      </w:r>
      <w:r w:rsidRPr="009C5272">
        <w:rPr>
          <w:rFonts w:asciiTheme="minorEastAsia" w:hAnsiTheme="minorEastAsia" w:cs="Segoe UI Symbol"/>
          <w:lang w:eastAsia="ja-JP"/>
        </w:rPr>
        <w:t>1/16</w:t>
      </w:r>
      <w:r w:rsidRPr="009C5272">
        <w:rPr>
          <w:rFonts w:asciiTheme="minorEastAsia" w:hAnsiTheme="minorEastAsia" w:cs="Segoe UI Symbol" w:hint="eastAsia"/>
          <w:lang w:eastAsia="ja-JP"/>
        </w:rPr>
        <w:t>以後開業は</w:t>
      </w:r>
      <w:r w:rsidRPr="009C5272">
        <w:rPr>
          <w:rFonts w:asciiTheme="minorEastAsia" w:hAnsiTheme="minorEastAsia" w:cs="Segoe UI Symbol"/>
          <w:lang w:eastAsia="ja-JP"/>
        </w:rPr>
        <w:t>2</w:t>
      </w:r>
      <w:r w:rsidRPr="009C5272">
        <w:rPr>
          <w:rFonts w:asciiTheme="minorEastAsia" w:hAnsiTheme="minorEastAsia" w:cs="Segoe UI Symbol" w:hint="eastAsia"/>
          <w:lang w:eastAsia="ja-JP"/>
        </w:rPr>
        <w:t>ヶ月以内）</w:t>
      </w:r>
    </w:p>
    <w:p w14:paraId="185039D0" w14:textId="75B0A345" w:rsidR="00991E5A" w:rsidRPr="009C5272" w:rsidRDefault="00991E5A">
      <w:pPr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/>
          <w:lang w:eastAsia="ja-JP"/>
        </w:rPr>
        <w:br w:type="page"/>
      </w:r>
    </w:p>
    <w:p w14:paraId="2EDBC57E" w14:textId="77777777" w:rsidR="009A1E64" w:rsidRPr="009C5272" w:rsidRDefault="009A1E64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</w:p>
    <w:p w14:paraId="6F0BCF53" w14:textId="77777777" w:rsidR="008D37A8" w:rsidRPr="009C5272" w:rsidRDefault="008D37A8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 w:hint="eastAsia"/>
          <w:lang w:eastAsia="ja-JP"/>
        </w:rPr>
      </w:pPr>
    </w:p>
    <w:p w14:paraId="701594DC" w14:textId="38677616" w:rsidR="009A1E64" w:rsidRPr="009C5272" w:rsidRDefault="009A1E64" w:rsidP="009A1E64">
      <w:pPr>
        <w:tabs>
          <w:tab w:val="left" w:pos="1470"/>
        </w:tabs>
        <w:ind w:leftChars="386" w:left="849" w:rightChars="385" w:right="847" w:firstLine="2"/>
        <w:jc w:val="center"/>
        <w:rPr>
          <w:rFonts w:asciiTheme="minorEastAsia" w:hAnsiTheme="minorEastAsia"/>
          <w:b/>
          <w:bCs/>
          <w:sz w:val="32"/>
          <w:szCs w:val="32"/>
          <w:lang w:eastAsia="ja-JP"/>
        </w:rPr>
      </w:pPr>
      <w:r w:rsidRPr="009C5272">
        <w:rPr>
          <w:rFonts w:asciiTheme="minorEastAsia" w:hAnsiTheme="minorEastAsia" w:hint="eastAsia"/>
          <w:b/>
          <w:bCs/>
          <w:sz w:val="32"/>
          <w:szCs w:val="32"/>
          <w:lang w:eastAsia="ja-JP"/>
        </w:rPr>
        <w:t>保健所（飲食店営業許可・衛生体制）</w:t>
      </w:r>
      <w:r w:rsidR="00A56369" w:rsidRPr="009C5272">
        <w:rPr>
          <w:rFonts w:asciiTheme="minorEastAsia" w:hAnsiTheme="minorEastAsia" w:hint="eastAsia"/>
          <w:b/>
          <w:bCs/>
          <w:sz w:val="32"/>
          <w:szCs w:val="32"/>
          <w:lang w:eastAsia="ja-JP"/>
        </w:rPr>
        <w:t>への手続きチェックリスト</w:t>
      </w:r>
    </w:p>
    <w:p w14:paraId="4A8D7170" w14:textId="77777777" w:rsidR="009A1E64" w:rsidRPr="009C5272" w:rsidRDefault="009A1E64" w:rsidP="009A1E64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 w:cs="Segoe UI Symbol"/>
          <w:lang w:eastAsia="ja-JP"/>
        </w:rPr>
      </w:pPr>
    </w:p>
    <w:p w14:paraId="06FCA08E" w14:textId="5FEBBC24" w:rsidR="009A1E64" w:rsidRPr="009C5272" w:rsidRDefault="009A1E64" w:rsidP="009A1E64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食品衛生責任者の配置（講習受講等）</w:t>
      </w:r>
    </w:p>
    <w:p w14:paraId="24A818F7" w14:textId="481FFA6B" w:rsidR="009A1E64" w:rsidRPr="009C5272" w:rsidRDefault="009A1E64" w:rsidP="009A1E64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店舗所在地の保健所で、必要な許可（飲食店営業許可等）の区分・基準を確認</w:t>
      </w:r>
    </w:p>
    <w:p w14:paraId="5FD28A1B" w14:textId="77777777" w:rsidR="009A1E64" w:rsidRPr="009C5272" w:rsidRDefault="009A1E64" w:rsidP="009A1E64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申請→現地検査→許可証交付までのスケジュールを確保した（オープン日と整合）</w:t>
      </w:r>
    </w:p>
    <w:p w14:paraId="2B090780" w14:textId="77777777" w:rsidR="009A1E64" w:rsidRPr="009C5272" w:rsidRDefault="009A1E64" w:rsidP="009A1E64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手洗い・シンク・冷凍</w:t>
      </w:r>
      <w:r w:rsidRPr="009C5272">
        <w:rPr>
          <w:rFonts w:asciiTheme="minorEastAsia" w:hAnsiTheme="minorEastAsia"/>
          <w:lang w:eastAsia="ja-JP"/>
        </w:rPr>
        <w:t>/</w:t>
      </w:r>
      <w:r w:rsidRPr="009C5272">
        <w:rPr>
          <w:rFonts w:asciiTheme="minorEastAsia" w:hAnsiTheme="minorEastAsia" w:hint="eastAsia"/>
          <w:lang w:eastAsia="ja-JP"/>
        </w:rPr>
        <w:t>冷蔵設備・清掃動線など、設備基準に合うよう準備した</w:t>
      </w:r>
    </w:p>
    <w:p w14:paraId="4F8D6F95" w14:textId="14717D3D" w:rsidR="009A1E64" w:rsidRPr="009C5272" w:rsidRDefault="009A1E64" w:rsidP="009A1E64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cs="Segoe UI Symbol"/>
          <w:lang w:eastAsia="ja-JP"/>
        </w:rPr>
        <w:t>☐</w:t>
      </w:r>
      <w:r w:rsidRPr="009C5272">
        <w:rPr>
          <w:rFonts w:asciiTheme="minorEastAsia" w:hAnsiTheme="minorEastAsia"/>
          <w:lang w:eastAsia="ja-JP"/>
        </w:rPr>
        <w:t xml:space="preserve"> </w:t>
      </w:r>
      <w:r w:rsidRPr="009C5272">
        <w:rPr>
          <w:rFonts w:asciiTheme="minorEastAsia" w:hAnsiTheme="minorEastAsia" w:hint="eastAsia"/>
          <w:lang w:eastAsia="ja-JP"/>
        </w:rPr>
        <w:t>メニュー・提供方法（盛り付け、トッピング、持ち帰り容器等）を前提に衛生管理手順を整備した</w:t>
      </w:r>
    </w:p>
    <w:p w14:paraId="63F980FE" w14:textId="77777777" w:rsidR="009A1E64" w:rsidRPr="009C5272" w:rsidRDefault="009A1E64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</w:p>
    <w:p w14:paraId="7E95162B" w14:textId="77777777" w:rsidR="009A1E64" w:rsidRPr="009C5272" w:rsidRDefault="009A1E64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</w:p>
    <w:p w14:paraId="31BF09DE" w14:textId="77777777" w:rsidR="009A1E64" w:rsidRPr="009C5272" w:rsidRDefault="009A1E64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</w:p>
    <w:p w14:paraId="6BC5B5F7" w14:textId="334524FD" w:rsidR="009A1E64" w:rsidRPr="009C5272" w:rsidRDefault="00A56369" w:rsidP="00A56369">
      <w:pPr>
        <w:tabs>
          <w:tab w:val="left" w:pos="1470"/>
        </w:tabs>
        <w:ind w:leftChars="386" w:left="849" w:rightChars="385" w:right="847" w:firstLine="2"/>
        <w:jc w:val="center"/>
        <w:rPr>
          <w:rFonts w:asciiTheme="minorEastAsia" w:hAnsiTheme="minorEastAsia"/>
          <w:b/>
          <w:bCs/>
          <w:sz w:val="32"/>
          <w:szCs w:val="32"/>
          <w:lang w:eastAsia="ja-JP"/>
        </w:rPr>
      </w:pPr>
      <w:r w:rsidRPr="009C5272">
        <w:rPr>
          <w:rFonts w:asciiTheme="minorEastAsia" w:hAnsiTheme="minorEastAsia" w:hint="eastAsia"/>
          <w:b/>
          <w:bCs/>
          <w:sz w:val="32"/>
          <w:szCs w:val="32"/>
          <w:lang w:eastAsia="ja-JP"/>
        </w:rPr>
        <w:t>季節変動がある事業の所得見込みを立てる際のポイント</w:t>
      </w:r>
    </w:p>
    <w:p w14:paraId="077C043B" w14:textId="77777777" w:rsidR="009A1E64" w:rsidRPr="009C5272" w:rsidRDefault="009A1E64" w:rsidP="00D70022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</w:p>
    <w:p w14:paraId="6E664573" w14:textId="31BA7DAD" w:rsidR="00A56369" w:rsidRPr="009C5272" w:rsidRDefault="00A56369" w:rsidP="00A56369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hint="eastAsia"/>
          <w:lang w:eastAsia="ja-JP"/>
        </w:rPr>
        <w:t>・繁忙期（例：</w:t>
      </w:r>
      <w:r w:rsidRPr="009C5272">
        <w:rPr>
          <w:rFonts w:asciiTheme="minorEastAsia" w:hAnsiTheme="minorEastAsia"/>
          <w:lang w:eastAsia="ja-JP"/>
        </w:rPr>
        <w:t>6</w:t>
      </w:r>
      <w:r w:rsidRPr="009C5272">
        <w:rPr>
          <w:rFonts w:asciiTheme="minorEastAsia" w:hAnsiTheme="minorEastAsia" w:hint="eastAsia"/>
          <w:lang w:eastAsia="ja-JP"/>
        </w:rPr>
        <w:t>〜</w:t>
      </w:r>
      <w:r w:rsidRPr="009C5272">
        <w:rPr>
          <w:rFonts w:asciiTheme="minorEastAsia" w:hAnsiTheme="minorEastAsia"/>
          <w:lang w:eastAsia="ja-JP"/>
        </w:rPr>
        <w:t>9</w:t>
      </w:r>
      <w:r w:rsidRPr="009C5272">
        <w:rPr>
          <w:rFonts w:asciiTheme="minorEastAsia" w:hAnsiTheme="minorEastAsia" w:hint="eastAsia"/>
          <w:lang w:eastAsia="ja-JP"/>
        </w:rPr>
        <w:t>月）／平常期（例：</w:t>
      </w:r>
      <w:r w:rsidRPr="009C5272">
        <w:rPr>
          <w:rFonts w:asciiTheme="minorEastAsia" w:hAnsiTheme="minorEastAsia"/>
          <w:lang w:eastAsia="ja-JP"/>
        </w:rPr>
        <w:t>4</w:t>
      </w:r>
      <w:r w:rsidRPr="009C5272">
        <w:rPr>
          <w:rFonts w:asciiTheme="minorEastAsia" w:hAnsiTheme="minorEastAsia" w:hint="eastAsia"/>
          <w:lang w:eastAsia="ja-JP"/>
        </w:rPr>
        <w:t>〜</w:t>
      </w:r>
      <w:r w:rsidRPr="009C5272">
        <w:rPr>
          <w:rFonts w:asciiTheme="minorEastAsia" w:hAnsiTheme="minorEastAsia"/>
          <w:lang w:eastAsia="ja-JP"/>
        </w:rPr>
        <w:t>5</w:t>
      </w:r>
      <w:r w:rsidRPr="009C5272">
        <w:rPr>
          <w:rFonts w:asciiTheme="minorEastAsia" w:hAnsiTheme="minorEastAsia" w:hint="eastAsia"/>
          <w:lang w:eastAsia="ja-JP"/>
        </w:rPr>
        <w:t>月・</w:t>
      </w:r>
      <w:r w:rsidRPr="009C5272">
        <w:rPr>
          <w:rFonts w:asciiTheme="minorEastAsia" w:hAnsiTheme="minorEastAsia"/>
          <w:lang w:eastAsia="ja-JP"/>
        </w:rPr>
        <w:t>10</w:t>
      </w:r>
      <w:r w:rsidRPr="009C5272">
        <w:rPr>
          <w:rFonts w:asciiTheme="minorEastAsia" w:hAnsiTheme="minorEastAsia" w:hint="eastAsia"/>
          <w:lang w:eastAsia="ja-JP"/>
        </w:rPr>
        <w:t>〜</w:t>
      </w:r>
      <w:r w:rsidRPr="009C5272">
        <w:rPr>
          <w:rFonts w:asciiTheme="minorEastAsia" w:hAnsiTheme="minorEastAsia"/>
          <w:lang w:eastAsia="ja-JP"/>
        </w:rPr>
        <w:t>11</w:t>
      </w:r>
      <w:r w:rsidRPr="009C5272">
        <w:rPr>
          <w:rFonts w:asciiTheme="minorEastAsia" w:hAnsiTheme="minorEastAsia" w:hint="eastAsia"/>
          <w:lang w:eastAsia="ja-JP"/>
        </w:rPr>
        <w:t>月）／閑散期（例：</w:t>
      </w:r>
      <w:r w:rsidRPr="009C5272">
        <w:rPr>
          <w:rFonts w:asciiTheme="minorEastAsia" w:hAnsiTheme="minorEastAsia"/>
          <w:lang w:eastAsia="ja-JP"/>
        </w:rPr>
        <w:t>12</w:t>
      </w:r>
      <w:r w:rsidRPr="009C5272">
        <w:rPr>
          <w:rFonts w:asciiTheme="minorEastAsia" w:hAnsiTheme="minorEastAsia" w:hint="eastAsia"/>
          <w:lang w:eastAsia="ja-JP"/>
        </w:rPr>
        <w:t>〜</w:t>
      </w:r>
      <w:r w:rsidRPr="009C5272">
        <w:rPr>
          <w:rFonts w:asciiTheme="minorEastAsia" w:hAnsiTheme="minorEastAsia"/>
          <w:lang w:eastAsia="ja-JP"/>
        </w:rPr>
        <w:t>3</w:t>
      </w:r>
      <w:r w:rsidRPr="009C5272">
        <w:rPr>
          <w:rFonts w:asciiTheme="minorEastAsia" w:hAnsiTheme="minorEastAsia" w:hint="eastAsia"/>
          <w:lang w:eastAsia="ja-JP"/>
        </w:rPr>
        <w:t>月）で、販売数・客単価・営業日数を分けて見積る</w:t>
      </w:r>
    </w:p>
    <w:p w14:paraId="6483499B" w14:textId="77777777" w:rsidR="00A56369" w:rsidRPr="009C5272" w:rsidRDefault="00A56369" w:rsidP="00A56369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/>
          <w:lang w:eastAsia="ja-JP"/>
        </w:rPr>
      </w:pPr>
      <w:r w:rsidRPr="009C5272">
        <w:rPr>
          <w:rFonts w:asciiTheme="minorEastAsia" w:hAnsiTheme="minorEastAsia" w:hint="eastAsia"/>
          <w:lang w:eastAsia="ja-JP"/>
        </w:rPr>
        <w:t>・固定費（家賃、人件費、光熱費、リース料など）は“売上が少ない月でも必ず出る”前提で準備する</w:t>
      </w:r>
    </w:p>
    <w:p w14:paraId="748BA964" w14:textId="4611C548" w:rsidR="009A1E64" w:rsidRPr="009C5272" w:rsidRDefault="00A56369" w:rsidP="009D0C7A">
      <w:pPr>
        <w:tabs>
          <w:tab w:val="left" w:pos="1470"/>
        </w:tabs>
        <w:ind w:leftChars="386" w:left="849" w:rightChars="385" w:right="847" w:firstLine="2"/>
        <w:rPr>
          <w:rFonts w:asciiTheme="minorEastAsia" w:hAnsiTheme="minorEastAsia" w:hint="eastAsia"/>
          <w:lang w:eastAsia="ja-JP"/>
        </w:rPr>
      </w:pPr>
      <w:r w:rsidRPr="009C5272">
        <w:rPr>
          <w:rFonts w:asciiTheme="minorEastAsia" w:hAnsiTheme="minorEastAsia" w:hint="eastAsia"/>
          <w:lang w:eastAsia="ja-JP"/>
        </w:rPr>
        <w:t>・閑散期対策（ホットドリンク、焼き菓子等の追加、催事出店、通販など）を検討し、事業概要に含めるか社内メモで整理する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56369" w:rsidRPr="009C5272" w14:paraId="326143D6" w14:textId="77777777" w:rsidTr="009D0C7A">
        <w:trPr>
          <w:jc w:val="center"/>
        </w:trPr>
        <w:tc>
          <w:tcPr>
            <w:tcW w:w="2493" w:type="dxa"/>
            <w:shd w:val="clear" w:color="auto" w:fill="D9E1F2"/>
            <w:vAlign w:val="center"/>
          </w:tcPr>
          <w:p w14:paraId="7F54C640" w14:textId="77777777" w:rsidR="00A56369" w:rsidRPr="009C5272" w:rsidRDefault="00A56369" w:rsidP="00A56369">
            <w:pPr>
              <w:jc w:val="center"/>
              <w:rPr>
                <w:rFonts w:asciiTheme="minorEastAsia" w:hAnsiTheme="minorEastAsia"/>
              </w:rPr>
            </w:pPr>
            <w:proofErr w:type="spellStart"/>
            <w:r w:rsidRPr="009C5272">
              <w:rPr>
                <w:rFonts w:asciiTheme="minorEastAsia" w:hAnsiTheme="minorEastAsia"/>
                <w:b/>
              </w:rPr>
              <w:t>区分</w:t>
            </w:r>
            <w:proofErr w:type="spellEnd"/>
          </w:p>
        </w:tc>
        <w:tc>
          <w:tcPr>
            <w:tcW w:w="2493" w:type="dxa"/>
            <w:shd w:val="clear" w:color="auto" w:fill="D9E1F2"/>
            <w:vAlign w:val="center"/>
          </w:tcPr>
          <w:p w14:paraId="72467ACF" w14:textId="77777777" w:rsidR="00A56369" w:rsidRPr="009C5272" w:rsidRDefault="00A56369" w:rsidP="00A56369">
            <w:pPr>
              <w:jc w:val="center"/>
              <w:rPr>
                <w:rFonts w:asciiTheme="minorEastAsia" w:hAnsiTheme="minorEastAsia"/>
              </w:rPr>
            </w:pPr>
            <w:proofErr w:type="spellStart"/>
            <w:r w:rsidRPr="009C5272">
              <w:rPr>
                <w:rFonts w:asciiTheme="minorEastAsia" w:hAnsiTheme="minorEastAsia"/>
                <w:b/>
              </w:rPr>
              <w:t>営業日数（例</w:t>
            </w:r>
            <w:proofErr w:type="spellEnd"/>
            <w:r w:rsidRPr="009C5272">
              <w:rPr>
                <w:rFonts w:asciiTheme="minorEastAsia" w:hAnsiTheme="minorEastAsia"/>
                <w:b/>
              </w:rPr>
              <w:t>）</w:t>
            </w:r>
          </w:p>
        </w:tc>
        <w:tc>
          <w:tcPr>
            <w:tcW w:w="2493" w:type="dxa"/>
            <w:shd w:val="clear" w:color="auto" w:fill="D9E1F2"/>
            <w:vAlign w:val="center"/>
          </w:tcPr>
          <w:p w14:paraId="14E25741" w14:textId="77777777" w:rsidR="00A56369" w:rsidRPr="009C5272" w:rsidRDefault="00A56369" w:rsidP="00A56369">
            <w:pPr>
              <w:jc w:val="center"/>
              <w:rPr>
                <w:rFonts w:asciiTheme="minorEastAsia" w:hAnsiTheme="minorEastAsia"/>
              </w:rPr>
            </w:pPr>
            <w:proofErr w:type="spellStart"/>
            <w:r w:rsidRPr="009C5272">
              <w:rPr>
                <w:rFonts w:asciiTheme="minorEastAsia" w:hAnsiTheme="minorEastAsia"/>
                <w:b/>
              </w:rPr>
              <w:t>売上の目安（例</w:t>
            </w:r>
            <w:proofErr w:type="spellEnd"/>
            <w:r w:rsidRPr="009C5272">
              <w:rPr>
                <w:rFonts w:asciiTheme="minorEastAsia" w:hAnsiTheme="minorEastAsia"/>
                <w:b/>
              </w:rPr>
              <w:t>）</w:t>
            </w:r>
          </w:p>
        </w:tc>
        <w:tc>
          <w:tcPr>
            <w:tcW w:w="2493" w:type="dxa"/>
            <w:shd w:val="clear" w:color="auto" w:fill="D9E1F2"/>
            <w:vAlign w:val="center"/>
          </w:tcPr>
          <w:p w14:paraId="4A3A1C6C" w14:textId="77777777" w:rsidR="00A56369" w:rsidRPr="009C5272" w:rsidRDefault="00A56369" w:rsidP="00A56369">
            <w:pPr>
              <w:jc w:val="center"/>
              <w:rPr>
                <w:rFonts w:asciiTheme="minorEastAsia" w:hAnsiTheme="minorEastAsia"/>
              </w:rPr>
            </w:pPr>
            <w:proofErr w:type="spellStart"/>
            <w:r w:rsidRPr="009C5272">
              <w:rPr>
                <w:rFonts w:asciiTheme="minorEastAsia" w:hAnsiTheme="minorEastAsia"/>
                <w:b/>
              </w:rPr>
              <w:t>メモ</w:t>
            </w:r>
            <w:proofErr w:type="spellEnd"/>
          </w:p>
        </w:tc>
      </w:tr>
      <w:tr w:rsidR="00A56369" w:rsidRPr="009C5272" w14:paraId="00F2681D" w14:textId="77777777" w:rsidTr="009D0C7A">
        <w:trPr>
          <w:jc w:val="center"/>
        </w:trPr>
        <w:tc>
          <w:tcPr>
            <w:tcW w:w="2493" w:type="dxa"/>
            <w:vAlign w:val="center"/>
          </w:tcPr>
          <w:p w14:paraId="58743219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proofErr w:type="spellStart"/>
            <w:r w:rsidRPr="009C5272">
              <w:rPr>
                <w:rFonts w:asciiTheme="minorEastAsia" w:hAnsiTheme="minorEastAsia"/>
              </w:rPr>
              <w:t>繁忙期（夏</w:t>
            </w:r>
            <w:proofErr w:type="spellEnd"/>
            <w:r w:rsidRPr="009C5272">
              <w:rPr>
                <w:rFonts w:asciiTheme="minorEastAsia" w:hAnsiTheme="minorEastAsia"/>
              </w:rPr>
              <w:t>）</w:t>
            </w:r>
          </w:p>
        </w:tc>
        <w:tc>
          <w:tcPr>
            <w:tcW w:w="2493" w:type="dxa"/>
            <w:vAlign w:val="center"/>
          </w:tcPr>
          <w:p w14:paraId="7CB2BC40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r w:rsidRPr="009C5272">
              <w:rPr>
                <w:rFonts w:asciiTheme="minorEastAsia" w:hAnsiTheme="minorEastAsia"/>
              </w:rPr>
              <w:t>25日/月</w:t>
            </w:r>
          </w:p>
        </w:tc>
        <w:tc>
          <w:tcPr>
            <w:tcW w:w="2493" w:type="dxa"/>
            <w:vAlign w:val="center"/>
          </w:tcPr>
          <w:p w14:paraId="6FECD4EA" w14:textId="77777777" w:rsidR="00A56369" w:rsidRPr="009C5272" w:rsidRDefault="00A56369" w:rsidP="00A56369">
            <w:pPr>
              <w:rPr>
                <w:rFonts w:asciiTheme="minorEastAsia" w:hAnsiTheme="minorEastAsia"/>
                <w:lang w:eastAsia="ja-JP"/>
              </w:rPr>
            </w:pPr>
            <w:r w:rsidRPr="009C5272">
              <w:rPr>
                <w:rFonts w:asciiTheme="minorEastAsia" w:hAnsiTheme="minorEastAsia"/>
                <w:lang w:eastAsia="ja-JP"/>
              </w:rPr>
              <w:t>高（例：売上の50〜60%が集中）</w:t>
            </w:r>
          </w:p>
        </w:tc>
        <w:tc>
          <w:tcPr>
            <w:tcW w:w="2493" w:type="dxa"/>
            <w:vAlign w:val="center"/>
          </w:tcPr>
          <w:p w14:paraId="6BB103F9" w14:textId="77777777" w:rsidR="00A56369" w:rsidRPr="009C5272" w:rsidRDefault="00A56369" w:rsidP="00A56369">
            <w:pPr>
              <w:rPr>
                <w:rFonts w:asciiTheme="minorEastAsia" w:hAnsiTheme="minorEastAsia"/>
                <w:lang w:eastAsia="ja-JP"/>
              </w:rPr>
            </w:pPr>
            <w:r w:rsidRPr="009C5272">
              <w:rPr>
                <w:rFonts w:asciiTheme="minorEastAsia" w:hAnsiTheme="minorEastAsia"/>
                <w:lang w:eastAsia="ja-JP"/>
              </w:rPr>
              <w:t>天候・イベントで上下が大きい</w:t>
            </w:r>
          </w:p>
        </w:tc>
      </w:tr>
      <w:tr w:rsidR="00A56369" w:rsidRPr="009C5272" w14:paraId="2F26246F" w14:textId="77777777" w:rsidTr="009D0C7A">
        <w:trPr>
          <w:jc w:val="center"/>
        </w:trPr>
        <w:tc>
          <w:tcPr>
            <w:tcW w:w="2493" w:type="dxa"/>
            <w:vAlign w:val="center"/>
          </w:tcPr>
          <w:p w14:paraId="6E90CF5D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proofErr w:type="spellStart"/>
            <w:r w:rsidRPr="009C5272">
              <w:rPr>
                <w:rFonts w:asciiTheme="minorEastAsia" w:hAnsiTheme="minorEastAsia"/>
              </w:rPr>
              <w:t>平常期（春秋</w:t>
            </w:r>
            <w:proofErr w:type="spellEnd"/>
            <w:r w:rsidRPr="009C5272">
              <w:rPr>
                <w:rFonts w:asciiTheme="minorEastAsia" w:hAnsiTheme="minorEastAsia"/>
              </w:rPr>
              <w:t>）</w:t>
            </w:r>
          </w:p>
        </w:tc>
        <w:tc>
          <w:tcPr>
            <w:tcW w:w="2493" w:type="dxa"/>
            <w:vAlign w:val="center"/>
          </w:tcPr>
          <w:p w14:paraId="447010C8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r w:rsidRPr="009C5272">
              <w:rPr>
                <w:rFonts w:asciiTheme="minorEastAsia" w:hAnsiTheme="minorEastAsia"/>
              </w:rPr>
              <w:t>22日/月</w:t>
            </w:r>
          </w:p>
        </w:tc>
        <w:tc>
          <w:tcPr>
            <w:tcW w:w="2493" w:type="dxa"/>
            <w:vAlign w:val="center"/>
          </w:tcPr>
          <w:p w14:paraId="1A40A08D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r w:rsidRPr="009C5272">
              <w:rPr>
                <w:rFonts w:asciiTheme="minorEastAsia" w:hAnsiTheme="minorEastAsia"/>
              </w:rPr>
              <w:t>中</w:t>
            </w:r>
          </w:p>
        </w:tc>
        <w:tc>
          <w:tcPr>
            <w:tcW w:w="2493" w:type="dxa"/>
            <w:vAlign w:val="center"/>
          </w:tcPr>
          <w:p w14:paraId="3C5BF72C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proofErr w:type="spellStart"/>
            <w:r w:rsidRPr="009C5272">
              <w:rPr>
                <w:rFonts w:asciiTheme="minorEastAsia" w:hAnsiTheme="minorEastAsia"/>
              </w:rPr>
              <w:t>平日</w:t>
            </w:r>
            <w:proofErr w:type="spellEnd"/>
            <w:r w:rsidRPr="009C5272">
              <w:rPr>
                <w:rFonts w:asciiTheme="minorEastAsia" w:hAnsiTheme="minorEastAsia"/>
              </w:rPr>
              <w:t>/</w:t>
            </w:r>
            <w:proofErr w:type="spellStart"/>
            <w:r w:rsidRPr="009C5272">
              <w:rPr>
                <w:rFonts w:asciiTheme="minorEastAsia" w:hAnsiTheme="minorEastAsia"/>
              </w:rPr>
              <w:t>休日差を想定</w:t>
            </w:r>
            <w:proofErr w:type="spellEnd"/>
          </w:p>
        </w:tc>
      </w:tr>
      <w:tr w:rsidR="00A56369" w:rsidRPr="009C5272" w14:paraId="6A4B22E5" w14:textId="77777777" w:rsidTr="009D0C7A">
        <w:trPr>
          <w:jc w:val="center"/>
        </w:trPr>
        <w:tc>
          <w:tcPr>
            <w:tcW w:w="2493" w:type="dxa"/>
            <w:vAlign w:val="center"/>
          </w:tcPr>
          <w:p w14:paraId="65507ACF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proofErr w:type="spellStart"/>
            <w:r w:rsidRPr="009C5272">
              <w:rPr>
                <w:rFonts w:asciiTheme="minorEastAsia" w:hAnsiTheme="minorEastAsia"/>
              </w:rPr>
              <w:t>閑散期（冬</w:t>
            </w:r>
            <w:proofErr w:type="spellEnd"/>
            <w:r w:rsidRPr="009C5272">
              <w:rPr>
                <w:rFonts w:asciiTheme="minorEastAsia" w:hAnsiTheme="minorEastAsia"/>
              </w:rPr>
              <w:t>）</w:t>
            </w:r>
          </w:p>
        </w:tc>
        <w:tc>
          <w:tcPr>
            <w:tcW w:w="2493" w:type="dxa"/>
            <w:vAlign w:val="center"/>
          </w:tcPr>
          <w:p w14:paraId="5B8431C9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r w:rsidRPr="009C5272">
              <w:rPr>
                <w:rFonts w:asciiTheme="minorEastAsia" w:hAnsiTheme="minorEastAsia"/>
              </w:rPr>
              <w:t>20日/月</w:t>
            </w:r>
          </w:p>
        </w:tc>
        <w:tc>
          <w:tcPr>
            <w:tcW w:w="2493" w:type="dxa"/>
            <w:vAlign w:val="center"/>
          </w:tcPr>
          <w:p w14:paraId="7976DD02" w14:textId="77777777" w:rsidR="00A56369" w:rsidRPr="009C5272" w:rsidRDefault="00A56369" w:rsidP="00A56369">
            <w:pPr>
              <w:rPr>
                <w:rFonts w:asciiTheme="minorEastAsia" w:hAnsiTheme="minorEastAsia"/>
              </w:rPr>
            </w:pPr>
            <w:r w:rsidRPr="009C5272">
              <w:rPr>
                <w:rFonts w:asciiTheme="minorEastAsia" w:hAnsiTheme="minorEastAsia"/>
              </w:rPr>
              <w:t>低</w:t>
            </w:r>
          </w:p>
        </w:tc>
        <w:tc>
          <w:tcPr>
            <w:tcW w:w="2493" w:type="dxa"/>
            <w:vAlign w:val="center"/>
          </w:tcPr>
          <w:p w14:paraId="600992A1" w14:textId="77777777" w:rsidR="00A56369" w:rsidRPr="009C5272" w:rsidRDefault="00A56369" w:rsidP="00A56369">
            <w:pPr>
              <w:rPr>
                <w:rFonts w:asciiTheme="minorEastAsia" w:hAnsiTheme="minorEastAsia"/>
                <w:lang w:eastAsia="ja-JP"/>
              </w:rPr>
            </w:pPr>
            <w:r w:rsidRPr="009C5272">
              <w:rPr>
                <w:rFonts w:asciiTheme="minorEastAsia" w:hAnsiTheme="minorEastAsia"/>
                <w:lang w:eastAsia="ja-JP"/>
              </w:rPr>
              <w:t>固定費が重くなりやすい</w:t>
            </w:r>
          </w:p>
        </w:tc>
      </w:tr>
    </w:tbl>
    <w:p w14:paraId="48C02D70" w14:textId="77777777" w:rsidR="009A1E64" w:rsidRPr="009C5272" w:rsidRDefault="009A1E64" w:rsidP="00D70022">
      <w:pPr>
        <w:ind w:rightChars="385" w:right="847"/>
        <w:rPr>
          <w:rFonts w:asciiTheme="minorEastAsia" w:hAnsiTheme="minorEastAsia"/>
          <w:lang w:eastAsia="ja-JP"/>
        </w:rPr>
      </w:pPr>
    </w:p>
    <w:sectPr w:rsidR="009A1E64" w:rsidRPr="009C5272" w:rsidSect="00BF4CCA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40341" w14:textId="77777777" w:rsidR="00DF0AF4" w:rsidRDefault="00DF0AF4" w:rsidP="00BF4CCA">
      <w:pPr>
        <w:spacing w:after="0" w:line="240" w:lineRule="auto"/>
      </w:pPr>
      <w:r>
        <w:separator/>
      </w:r>
    </w:p>
  </w:endnote>
  <w:endnote w:type="continuationSeparator" w:id="0">
    <w:p w14:paraId="72783C3B" w14:textId="77777777" w:rsidR="00DF0AF4" w:rsidRDefault="00DF0AF4" w:rsidP="00BF4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5E2A" w14:textId="77777777" w:rsidR="00DF0AF4" w:rsidRDefault="00DF0AF4" w:rsidP="00BF4CCA">
      <w:pPr>
        <w:spacing w:after="0" w:line="240" w:lineRule="auto"/>
      </w:pPr>
      <w:r>
        <w:separator/>
      </w:r>
    </w:p>
  </w:footnote>
  <w:footnote w:type="continuationSeparator" w:id="0">
    <w:p w14:paraId="2AB60BEF" w14:textId="77777777" w:rsidR="00DF0AF4" w:rsidRDefault="00DF0AF4" w:rsidP="00BF4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152432">
    <w:abstractNumId w:val="8"/>
  </w:num>
  <w:num w:numId="2" w16cid:durableId="1285119579">
    <w:abstractNumId w:val="6"/>
  </w:num>
  <w:num w:numId="3" w16cid:durableId="70658311">
    <w:abstractNumId w:val="5"/>
  </w:num>
  <w:num w:numId="4" w16cid:durableId="1252663517">
    <w:abstractNumId w:val="4"/>
  </w:num>
  <w:num w:numId="5" w16cid:durableId="1979066481">
    <w:abstractNumId w:val="7"/>
  </w:num>
  <w:num w:numId="6" w16cid:durableId="1653178219">
    <w:abstractNumId w:val="3"/>
  </w:num>
  <w:num w:numId="7" w16cid:durableId="1222135939">
    <w:abstractNumId w:val="2"/>
  </w:num>
  <w:num w:numId="8" w16cid:durableId="333723719">
    <w:abstractNumId w:val="1"/>
  </w:num>
  <w:num w:numId="9" w16cid:durableId="368073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746E"/>
    <w:rsid w:val="00120360"/>
    <w:rsid w:val="0015074B"/>
    <w:rsid w:val="001520CC"/>
    <w:rsid w:val="001A4B05"/>
    <w:rsid w:val="001D3172"/>
    <w:rsid w:val="002130FE"/>
    <w:rsid w:val="00234506"/>
    <w:rsid w:val="00280D2C"/>
    <w:rsid w:val="0029639D"/>
    <w:rsid w:val="002A4231"/>
    <w:rsid w:val="002C12F9"/>
    <w:rsid w:val="00315883"/>
    <w:rsid w:val="00326F90"/>
    <w:rsid w:val="00335BA9"/>
    <w:rsid w:val="00381FFD"/>
    <w:rsid w:val="00384E4A"/>
    <w:rsid w:val="003926C7"/>
    <w:rsid w:val="004E6567"/>
    <w:rsid w:val="00596D8E"/>
    <w:rsid w:val="00720EAB"/>
    <w:rsid w:val="00787956"/>
    <w:rsid w:val="008204AD"/>
    <w:rsid w:val="008525F5"/>
    <w:rsid w:val="008D37A8"/>
    <w:rsid w:val="008D7ADE"/>
    <w:rsid w:val="008E1CEE"/>
    <w:rsid w:val="009013EF"/>
    <w:rsid w:val="0097198D"/>
    <w:rsid w:val="00991E5A"/>
    <w:rsid w:val="009A1E64"/>
    <w:rsid w:val="009C5272"/>
    <w:rsid w:val="009C6DCC"/>
    <w:rsid w:val="009D0C7A"/>
    <w:rsid w:val="009F072D"/>
    <w:rsid w:val="00A56369"/>
    <w:rsid w:val="00A61D04"/>
    <w:rsid w:val="00A93F90"/>
    <w:rsid w:val="00AA1D8D"/>
    <w:rsid w:val="00B35237"/>
    <w:rsid w:val="00B47730"/>
    <w:rsid w:val="00B56AA3"/>
    <w:rsid w:val="00BF4CCA"/>
    <w:rsid w:val="00C71DCE"/>
    <w:rsid w:val="00C92C2E"/>
    <w:rsid w:val="00CB0664"/>
    <w:rsid w:val="00D24703"/>
    <w:rsid w:val="00D70022"/>
    <w:rsid w:val="00D92E3E"/>
    <w:rsid w:val="00DA0ACB"/>
    <w:rsid w:val="00DC3FD8"/>
    <w:rsid w:val="00DF0AF4"/>
    <w:rsid w:val="00E2176A"/>
    <w:rsid w:val="00E72892"/>
    <w:rsid w:val="00EE4238"/>
    <w:rsid w:val="00FC693F"/>
    <w:rsid w:val="00FE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53575C"/>
  <w14:defaultImageDpi w14:val="300"/>
  <w15:docId w15:val="{E0C69338-FFB4-40D8-A19B-C6074C80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generated by python-docx</dc:description>
  <cp:revision>11</cp:revision>
  <dcterms:created xsi:type="dcterms:W3CDTF">2026-02-12T10:33:00Z</dcterms:created>
  <dcterms:modified xsi:type="dcterms:W3CDTF">2026-03-06T02:33:00Z</dcterms:modified>
  <cp:category/>
</cp:coreProperties>
</file>